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96FD7" w14:textId="77777777" w:rsidR="00A042AD" w:rsidRDefault="00F24F33">
      <w:pPr>
        <w:spacing w:after="80"/>
        <w:jc w:val="center"/>
      </w:pPr>
      <w:r>
        <w:rPr>
          <w:noProof/>
        </w:rPr>
        <w:drawing>
          <wp:inline distT="0" distB="0" distL="0" distR="0" wp14:anchorId="77D93D11" wp14:editId="6408BC92">
            <wp:extent cx="6839712" cy="860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839712" cy="860999"/>
                    </a:xfrm>
                    <a:prstGeom prst="rect">
                      <a:avLst/>
                    </a:prstGeom>
                  </pic:spPr>
                </pic:pic>
              </a:graphicData>
            </a:graphic>
          </wp:inline>
        </w:drawing>
      </w:r>
    </w:p>
    <w:p w14:paraId="5F144D1E" w14:textId="77777777" w:rsidR="00A042AD" w:rsidRDefault="00F24F33">
      <w:pPr>
        <w:spacing w:after="0"/>
        <w:jc w:val="center"/>
      </w:pPr>
      <w:r>
        <w:rPr>
          <w:b/>
          <w:color w:val="000000"/>
          <w:sz w:val="30"/>
        </w:rPr>
        <w:t>REPORT AN INCIDENT, COMPLAINT OR SAFEGUARDING CONCERN</w:t>
      </w:r>
    </w:p>
    <w:p w14:paraId="28DF52B7" w14:textId="77777777" w:rsidR="00A042AD" w:rsidRDefault="00F24F33">
      <w:pPr>
        <w:spacing w:after="80"/>
        <w:jc w:val="center"/>
      </w:pPr>
      <w:r>
        <w:rPr>
          <w:i/>
          <w:color w:val="4D5663"/>
          <w:sz w:val="17"/>
        </w:rPr>
        <w:t>Scottish Touch confidential reporting and case record</w:t>
      </w:r>
    </w:p>
    <w:tbl>
      <w:tblPr>
        <w:tblW w:w="0" w:type="auto"/>
        <w:jc w:val="center"/>
        <w:tblBorders>
          <w:top w:val="single" w:sz="5" w:space="0" w:color="9DB9CE"/>
          <w:left w:val="single" w:sz="5" w:space="0" w:color="9DB9CE"/>
          <w:bottom w:val="single" w:sz="5" w:space="0" w:color="9DB9CE"/>
          <w:right w:val="single" w:sz="5" w:space="0" w:color="9DB9CE"/>
          <w:insideH w:val="single" w:sz="5" w:space="0" w:color="9DB9CE"/>
          <w:insideV w:val="single" w:sz="5" w:space="0" w:color="9DB9CE"/>
        </w:tblBorders>
        <w:tblLook w:val="04A0" w:firstRow="1" w:lastRow="0" w:firstColumn="1" w:lastColumn="0" w:noHBand="0" w:noVBand="1"/>
      </w:tblPr>
      <w:tblGrid>
        <w:gridCol w:w="11134"/>
      </w:tblGrid>
      <w:tr w:rsidR="00A042AD" w14:paraId="6CC8D2C3" w14:textId="77777777">
        <w:trPr>
          <w:jc w:val="center"/>
        </w:trPr>
        <w:tc>
          <w:tcPr>
            <w:tcW w:w="11146" w:type="dxa"/>
            <w:shd w:val="clear" w:color="auto" w:fill="EAF4FB"/>
            <w:tcMar>
              <w:top w:w="70" w:type="dxa"/>
              <w:left w:w="90" w:type="dxa"/>
              <w:bottom w:w="70" w:type="dxa"/>
              <w:right w:w="90" w:type="dxa"/>
            </w:tcMar>
          </w:tcPr>
          <w:p w14:paraId="1A74EFA7" w14:textId="77777777" w:rsidR="00A042AD" w:rsidRDefault="00F24F33">
            <w:pPr>
              <w:spacing w:after="40"/>
            </w:pPr>
            <w:r>
              <w:rPr>
                <w:b/>
                <w:color w:val="06163A"/>
                <w:sz w:val="17"/>
              </w:rPr>
              <w:t>HOW TO USE THIS FORM</w:t>
            </w:r>
          </w:p>
          <w:p w14:paraId="131AA3DA" w14:textId="5702AE4F" w:rsidR="00A042AD" w:rsidRDefault="00F24F33">
            <w:pPr>
              <w:spacing w:after="40"/>
            </w:pPr>
            <w:r>
              <w:rPr>
                <w:color w:val="4D5663"/>
                <w:sz w:val="15"/>
              </w:rPr>
              <w:t>Use this form to report an incident, complaint, welfare issue or safeguarding concern to Scottish Touch. You do not need to complete every section - provide as much information as you can</w:t>
            </w:r>
            <w:r w:rsidR="00925201">
              <w:rPr>
                <w:color w:val="4D5663"/>
                <w:sz w:val="15"/>
              </w:rPr>
              <w:t xml:space="preserve"> or are comfortable to do so</w:t>
            </w:r>
            <w:r>
              <w:rPr>
                <w:color w:val="4D5663"/>
                <w:sz w:val="15"/>
              </w:rPr>
              <w:t>. Sections marked FOR SCOTTISH TOUCH USE are completed as the matter is managed.</w:t>
            </w:r>
          </w:p>
          <w:p w14:paraId="000C8EEF" w14:textId="77777777" w:rsidR="00A042AD" w:rsidRDefault="00F24F33">
            <w:pPr>
              <w:spacing w:after="20"/>
            </w:pPr>
            <w:r>
              <w:rPr>
                <w:b/>
                <w:color w:val="06163A"/>
                <w:sz w:val="15"/>
              </w:rPr>
              <w:t xml:space="preserve">Send completed forms / safeguarding concerns to: </w:t>
            </w:r>
            <w:r>
              <w:rPr>
                <w:color w:val="000000"/>
                <w:sz w:val="15"/>
              </w:rPr>
              <w:t>Viv Mathieson | safeguarding@touch.scot | 07814 468071</w:t>
            </w:r>
          </w:p>
          <w:p w14:paraId="7CD404CB" w14:textId="77777777" w:rsidR="00A042AD" w:rsidRDefault="00F24F33">
            <w:pPr>
              <w:spacing w:after="20"/>
            </w:pPr>
            <w:r>
              <w:rPr>
                <w:b/>
                <w:color w:val="06163A"/>
                <w:sz w:val="15"/>
              </w:rPr>
              <w:t xml:space="preserve">Immediate danger or urgent assistance: </w:t>
            </w:r>
            <w:r>
              <w:rPr>
                <w:color w:val="000000"/>
                <w:sz w:val="15"/>
              </w:rPr>
              <w:t>contact the emergency services. Do not wait for this form to be processed.</w:t>
            </w:r>
          </w:p>
        </w:tc>
      </w:tr>
    </w:tbl>
    <w:p w14:paraId="26E45D7A" w14:textId="77777777" w:rsidR="00CE1F1A" w:rsidRDefault="00CE1F1A">
      <w:pPr>
        <w:spacing w:before="60" w:after="60"/>
        <w:rPr>
          <w:b/>
          <w:color w:val="000000"/>
          <w:sz w:val="14"/>
        </w:rPr>
      </w:pPr>
    </w:p>
    <w:p w14:paraId="6F4A636B" w14:textId="634D4887" w:rsidR="00A042AD" w:rsidRDefault="00F24F33">
      <w:pPr>
        <w:spacing w:before="60" w:after="60"/>
      </w:pPr>
      <w:r>
        <w:rPr>
          <w:b/>
          <w:color w:val="000000"/>
          <w:sz w:val="14"/>
        </w:rPr>
        <w:t xml:space="preserve">Confidentiality: </w:t>
      </w:r>
      <w:r>
        <w:rPr>
          <w:color w:val="000000"/>
          <w:sz w:val="14"/>
        </w:rPr>
        <w:t>This form should be completed as accurately and objectively as possible. Record facts, dates, times, actions and exact words where relevant. Avoid speculation. Information should only be shared with those who have a legitimate need to know and must be stored securely in accordance with Scottish Touch policies and applicable data-protection requirements.</w:t>
      </w:r>
    </w:p>
    <w:p w14:paraId="183F22C3" w14:textId="77777777" w:rsidR="00CE1F1A" w:rsidRDefault="00CE1F1A">
      <w:pPr>
        <w:spacing w:before="40" w:after="40"/>
        <w:rPr>
          <w:b/>
          <w:color w:val="06163A"/>
          <w:sz w:val="18"/>
        </w:rPr>
      </w:pPr>
    </w:p>
    <w:p w14:paraId="13D50552" w14:textId="21E2E385" w:rsidR="00A042AD" w:rsidRDefault="00F24F33">
      <w:pPr>
        <w:spacing w:before="40" w:after="40"/>
      </w:pPr>
      <w:r>
        <w:rPr>
          <w:b/>
          <w:color w:val="06163A"/>
          <w:sz w:val="18"/>
        </w:rPr>
        <w:t>SECTION A - TO BE COMPLETED BY THE PERSON MAKING THE REPORT</w:t>
      </w:r>
    </w:p>
    <w:tbl>
      <w:tblPr>
        <w:tblW w:w="0" w:type="auto"/>
        <w:jc w:val="cente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4A0" w:firstRow="1" w:lastRow="0" w:firstColumn="1" w:lastColumn="0" w:noHBand="0" w:noVBand="1"/>
      </w:tblPr>
      <w:tblGrid>
        <w:gridCol w:w="3715"/>
        <w:gridCol w:w="3715"/>
        <w:gridCol w:w="3715"/>
      </w:tblGrid>
      <w:tr w:rsidR="00A042AD" w14:paraId="2B68373E" w14:textId="77777777">
        <w:trPr>
          <w:jc w:val="center"/>
        </w:trPr>
        <w:tc>
          <w:tcPr>
            <w:tcW w:w="3715" w:type="dxa"/>
            <w:shd w:val="clear" w:color="auto" w:fill="DCECF7"/>
          </w:tcPr>
          <w:p w14:paraId="6E39E198" w14:textId="77777777" w:rsidR="00A042AD" w:rsidRDefault="00F24F33">
            <w:pPr>
              <w:spacing w:after="0"/>
            </w:pPr>
            <w:r>
              <w:rPr>
                <w:b/>
                <w:color w:val="000000"/>
                <w:sz w:val="15"/>
              </w:rPr>
              <w:t>Complainant / person reporting</w:t>
            </w:r>
          </w:p>
        </w:tc>
        <w:tc>
          <w:tcPr>
            <w:tcW w:w="3715" w:type="dxa"/>
            <w:shd w:val="clear" w:color="auto" w:fill="DCECF7"/>
          </w:tcPr>
          <w:p w14:paraId="3D907702" w14:textId="77777777" w:rsidR="00A042AD" w:rsidRDefault="00F24F33">
            <w:pPr>
              <w:spacing w:after="0"/>
            </w:pPr>
            <w:r>
              <w:rPr>
                <w:b/>
                <w:color w:val="000000"/>
                <w:sz w:val="15"/>
              </w:rPr>
              <w:t>Over 18 / Under 18</w:t>
            </w:r>
          </w:p>
        </w:tc>
        <w:tc>
          <w:tcPr>
            <w:tcW w:w="3715" w:type="dxa"/>
            <w:shd w:val="clear" w:color="auto" w:fill="DCECF7"/>
          </w:tcPr>
          <w:p w14:paraId="6A326C0E" w14:textId="77777777" w:rsidR="00A042AD" w:rsidRDefault="00F24F33">
            <w:pPr>
              <w:spacing w:after="0"/>
            </w:pPr>
            <w:r>
              <w:rPr>
                <w:b/>
                <w:color w:val="000000"/>
                <w:sz w:val="15"/>
              </w:rPr>
              <w:t>Date report submitted / received</w:t>
            </w:r>
          </w:p>
        </w:tc>
      </w:tr>
      <w:tr w:rsidR="00A042AD" w14:paraId="7E12B08A" w14:textId="77777777" w:rsidTr="00925201">
        <w:trPr>
          <w:trHeight w:val="1790"/>
          <w:jc w:val="center"/>
        </w:trPr>
        <w:tc>
          <w:tcPr>
            <w:tcW w:w="3528" w:type="dxa"/>
          </w:tcPr>
          <w:p w14:paraId="581C1D6A" w14:textId="77777777" w:rsidR="00A042AD" w:rsidRDefault="00F24F33">
            <w:pPr>
              <w:spacing w:after="0"/>
            </w:pPr>
            <w:r>
              <w:rPr>
                <w:color w:val="000000"/>
                <w:sz w:val="15"/>
              </w:rPr>
              <w:t>Contact details</w:t>
            </w:r>
          </w:p>
        </w:tc>
        <w:tc>
          <w:tcPr>
            <w:tcW w:w="3672" w:type="dxa"/>
          </w:tcPr>
          <w:p w14:paraId="49A147D2" w14:textId="77777777" w:rsidR="00A042AD" w:rsidRDefault="00F24F33">
            <w:pPr>
              <w:spacing w:after="0"/>
            </w:pPr>
            <w:r>
              <w:rPr>
                <w:color w:val="000000"/>
                <w:sz w:val="15"/>
              </w:rPr>
              <w:t>Role / position</w:t>
            </w:r>
          </w:p>
          <w:p w14:paraId="4B4D14BC" w14:textId="77777777" w:rsidR="00A042AD" w:rsidRDefault="00F24F33">
            <w:pPr>
              <w:spacing w:after="0"/>
            </w:pPr>
            <w:r>
              <w:rPr>
                <w:sz w:val="14"/>
              </w:rPr>
              <w:t>☐</w:t>
            </w:r>
            <w:r>
              <w:rPr>
                <w:sz w:val="14"/>
              </w:rPr>
              <w:t xml:space="preserve"> Administrator / Board / Staff</w:t>
            </w:r>
          </w:p>
          <w:p w14:paraId="67215B24" w14:textId="77777777" w:rsidR="00A042AD" w:rsidRDefault="00F24F33">
            <w:pPr>
              <w:spacing w:after="0"/>
            </w:pPr>
            <w:r>
              <w:rPr>
                <w:sz w:val="14"/>
              </w:rPr>
              <w:t>☐</w:t>
            </w:r>
            <w:r>
              <w:rPr>
                <w:sz w:val="14"/>
              </w:rPr>
              <w:t xml:space="preserve"> Player / Athlete</w:t>
            </w:r>
          </w:p>
          <w:p w14:paraId="05B27509" w14:textId="77777777" w:rsidR="00A042AD" w:rsidRDefault="00F24F33">
            <w:pPr>
              <w:spacing w:after="0"/>
            </w:pPr>
            <w:r>
              <w:rPr>
                <w:sz w:val="14"/>
              </w:rPr>
              <w:t>☐</w:t>
            </w:r>
            <w:r>
              <w:rPr>
                <w:sz w:val="14"/>
              </w:rPr>
              <w:t xml:space="preserve"> Coach / Assistant Coach</w:t>
            </w:r>
          </w:p>
          <w:p w14:paraId="2A407E89" w14:textId="77777777" w:rsidR="00A042AD" w:rsidRDefault="00F24F33">
            <w:pPr>
              <w:spacing w:after="0"/>
            </w:pPr>
            <w:r>
              <w:rPr>
                <w:sz w:val="14"/>
              </w:rPr>
              <w:t>☐</w:t>
            </w:r>
            <w:r>
              <w:rPr>
                <w:sz w:val="14"/>
              </w:rPr>
              <w:t xml:space="preserve"> Referee / Official</w:t>
            </w:r>
          </w:p>
          <w:p w14:paraId="07432451" w14:textId="77777777" w:rsidR="00A042AD" w:rsidRDefault="00F24F33">
            <w:pPr>
              <w:spacing w:after="0"/>
            </w:pPr>
            <w:r>
              <w:rPr>
                <w:sz w:val="14"/>
              </w:rPr>
              <w:t>☐</w:t>
            </w:r>
            <w:r>
              <w:rPr>
                <w:sz w:val="14"/>
              </w:rPr>
              <w:t xml:space="preserve"> Parent / Guardian</w:t>
            </w:r>
          </w:p>
          <w:p w14:paraId="35D4E309" w14:textId="77777777" w:rsidR="00A042AD" w:rsidRDefault="00F24F33">
            <w:pPr>
              <w:spacing w:after="0"/>
            </w:pPr>
            <w:r>
              <w:rPr>
                <w:sz w:val="14"/>
              </w:rPr>
              <w:t>☐</w:t>
            </w:r>
            <w:r>
              <w:rPr>
                <w:sz w:val="14"/>
              </w:rPr>
              <w:t xml:space="preserve"> Spectator</w:t>
            </w:r>
          </w:p>
          <w:p w14:paraId="43169F2B" w14:textId="77777777" w:rsidR="00A042AD" w:rsidRDefault="00F24F33">
            <w:pPr>
              <w:spacing w:after="0"/>
            </w:pPr>
            <w:r>
              <w:rPr>
                <w:sz w:val="14"/>
              </w:rPr>
              <w:t>☐</w:t>
            </w:r>
            <w:r>
              <w:rPr>
                <w:sz w:val="14"/>
              </w:rPr>
              <w:t xml:space="preserve"> Volunteer / Support personnel</w:t>
            </w:r>
          </w:p>
          <w:p w14:paraId="55E518B9" w14:textId="77777777" w:rsidR="00A042AD" w:rsidRDefault="00F24F33">
            <w:pPr>
              <w:spacing w:after="0"/>
            </w:pPr>
            <w:r>
              <w:rPr>
                <w:sz w:val="14"/>
              </w:rPr>
              <w:t>☐</w:t>
            </w:r>
            <w:r>
              <w:rPr>
                <w:sz w:val="14"/>
              </w:rPr>
              <w:t xml:space="preserve"> Other: __________________</w:t>
            </w:r>
          </w:p>
        </w:tc>
        <w:tc>
          <w:tcPr>
            <w:tcW w:w="3528" w:type="dxa"/>
          </w:tcPr>
          <w:p w14:paraId="50F264D2" w14:textId="77777777" w:rsidR="00A042AD" w:rsidRDefault="00A042AD">
            <w:pPr>
              <w:spacing w:after="0"/>
            </w:pPr>
          </w:p>
        </w:tc>
      </w:tr>
      <w:tr w:rsidR="00A042AD" w14:paraId="02A090D3" w14:textId="77777777">
        <w:trPr>
          <w:jc w:val="center"/>
        </w:trPr>
        <w:tc>
          <w:tcPr>
            <w:tcW w:w="3528" w:type="dxa"/>
            <w:shd w:val="clear" w:color="auto" w:fill="DCECF7"/>
          </w:tcPr>
          <w:p w14:paraId="2E0B9FAF" w14:textId="77777777" w:rsidR="00A042AD" w:rsidRDefault="00F24F33">
            <w:pPr>
              <w:spacing w:after="0"/>
            </w:pPr>
            <w:r>
              <w:rPr>
                <w:b/>
                <w:color w:val="000000"/>
                <w:sz w:val="15"/>
              </w:rPr>
              <w:t>Name of person complained</w:t>
            </w:r>
            <w:r>
              <w:rPr>
                <w:b/>
                <w:color w:val="000000"/>
                <w:sz w:val="15"/>
              </w:rPr>
              <w:br/>
              <w:t>about / respondent</w:t>
            </w:r>
          </w:p>
        </w:tc>
        <w:tc>
          <w:tcPr>
            <w:tcW w:w="3672" w:type="dxa"/>
            <w:shd w:val="clear" w:color="auto" w:fill="DCECF7"/>
          </w:tcPr>
          <w:p w14:paraId="0EF9D8AA" w14:textId="77777777" w:rsidR="00A042AD" w:rsidRDefault="00F24F33">
            <w:pPr>
              <w:spacing w:after="0"/>
            </w:pPr>
            <w:r>
              <w:rPr>
                <w:b/>
                <w:color w:val="000000"/>
                <w:sz w:val="15"/>
              </w:rPr>
              <w:t>Over 18 / Under 18</w:t>
            </w:r>
          </w:p>
        </w:tc>
        <w:tc>
          <w:tcPr>
            <w:tcW w:w="3528" w:type="dxa"/>
            <w:shd w:val="clear" w:color="auto" w:fill="DCECF7"/>
          </w:tcPr>
          <w:p w14:paraId="21F9AE4D" w14:textId="77777777" w:rsidR="00A042AD" w:rsidRDefault="00F24F33">
            <w:pPr>
              <w:spacing w:after="0"/>
            </w:pPr>
            <w:r>
              <w:rPr>
                <w:b/>
                <w:color w:val="000000"/>
                <w:sz w:val="15"/>
              </w:rPr>
              <w:t>Contact details (if known)</w:t>
            </w:r>
          </w:p>
        </w:tc>
      </w:tr>
      <w:tr w:rsidR="00A042AD" w14:paraId="4221C4A4" w14:textId="77777777" w:rsidTr="00925201">
        <w:trPr>
          <w:trHeight w:val="1792"/>
          <w:jc w:val="center"/>
        </w:trPr>
        <w:tc>
          <w:tcPr>
            <w:tcW w:w="3528" w:type="dxa"/>
          </w:tcPr>
          <w:p w14:paraId="64E0A1C0" w14:textId="77777777" w:rsidR="00A042AD" w:rsidRDefault="00A042AD">
            <w:pPr>
              <w:spacing w:after="0"/>
            </w:pPr>
          </w:p>
        </w:tc>
        <w:tc>
          <w:tcPr>
            <w:tcW w:w="3672" w:type="dxa"/>
          </w:tcPr>
          <w:p w14:paraId="18AA3E50" w14:textId="77777777" w:rsidR="00A042AD" w:rsidRDefault="00F24F33">
            <w:pPr>
              <w:spacing w:after="0"/>
            </w:pPr>
            <w:r>
              <w:rPr>
                <w:color w:val="000000"/>
                <w:sz w:val="15"/>
              </w:rPr>
              <w:t>Respondent role / position</w:t>
            </w:r>
          </w:p>
          <w:p w14:paraId="56253B55" w14:textId="77777777" w:rsidR="00A042AD" w:rsidRDefault="00F24F33">
            <w:pPr>
              <w:spacing w:after="0"/>
            </w:pPr>
            <w:r>
              <w:rPr>
                <w:sz w:val="14"/>
              </w:rPr>
              <w:t>☐</w:t>
            </w:r>
            <w:r>
              <w:rPr>
                <w:sz w:val="14"/>
              </w:rPr>
              <w:t xml:space="preserve"> Administrator / Board / Staff</w:t>
            </w:r>
          </w:p>
          <w:p w14:paraId="6D621586" w14:textId="77777777" w:rsidR="00A042AD" w:rsidRDefault="00F24F33">
            <w:pPr>
              <w:spacing w:after="0"/>
            </w:pPr>
            <w:r>
              <w:rPr>
                <w:sz w:val="14"/>
              </w:rPr>
              <w:t>☐</w:t>
            </w:r>
            <w:r>
              <w:rPr>
                <w:sz w:val="14"/>
              </w:rPr>
              <w:t xml:space="preserve"> Player / Athlete</w:t>
            </w:r>
          </w:p>
          <w:p w14:paraId="66E0BA3A" w14:textId="77777777" w:rsidR="00A042AD" w:rsidRDefault="00F24F33">
            <w:pPr>
              <w:spacing w:after="0"/>
            </w:pPr>
            <w:r>
              <w:rPr>
                <w:sz w:val="14"/>
              </w:rPr>
              <w:t>☐</w:t>
            </w:r>
            <w:r>
              <w:rPr>
                <w:sz w:val="14"/>
              </w:rPr>
              <w:t xml:space="preserve"> Coach / Assistant Coach</w:t>
            </w:r>
          </w:p>
          <w:p w14:paraId="56552959" w14:textId="77777777" w:rsidR="00A042AD" w:rsidRDefault="00F24F33">
            <w:pPr>
              <w:spacing w:after="0"/>
            </w:pPr>
            <w:r>
              <w:rPr>
                <w:sz w:val="14"/>
              </w:rPr>
              <w:t>☐</w:t>
            </w:r>
            <w:r>
              <w:rPr>
                <w:sz w:val="14"/>
              </w:rPr>
              <w:t xml:space="preserve"> Referee / Official</w:t>
            </w:r>
          </w:p>
          <w:p w14:paraId="1C2012DA" w14:textId="77777777" w:rsidR="00A042AD" w:rsidRDefault="00F24F33">
            <w:pPr>
              <w:spacing w:after="0"/>
            </w:pPr>
            <w:r>
              <w:rPr>
                <w:sz w:val="14"/>
              </w:rPr>
              <w:t>☐</w:t>
            </w:r>
            <w:r>
              <w:rPr>
                <w:sz w:val="14"/>
              </w:rPr>
              <w:t xml:space="preserve"> Parent / Guardian</w:t>
            </w:r>
          </w:p>
          <w:p w14:paraId="157FEEAB" w14:textId="77777777" w:rsidR="00A042AD" w:rsidRDefault="00F24F33">
            <w:pPr>
              <w:spacing w:after="0"/>
            </w:pPr>
            <w:r>
              <w:rPr>
                <w:sz w:val="14"/>
              </w:rPr>
              <w:t>☐</w:t>
            </w:r>
            <w:r>
              <w:rPr>
                <w:sz w:val="14"/>
              </w:rPr>
              <w:t xml:space="preserve"> Spectator</w:t>
            </w:r>
          </w:p>
          <w:p w14:paraId="67F3D5CF" w14:textId="77777777" w:rsidR="00A042AD" w:rsidRDefault="00F24F33">
            <w:pPr>
              <w:spacing w:after="0"/>
            </w:pPr>
            <w:r>
              <w:rPr>
                <w:sz w:val="14"/>
              </w:rPr>
              <w:t>☐</w:t>
            </w:r>
            <w:r>
              <w:rPr>
                <w:sz w:val="14"/>
              </w:rPr>
              <w:t xml:space="preserve"> Volunteer / Support personnel</w:t>
            </w:r>
          </w:p>
          <w:p w14:paraId="105E4F2D" w14:textId="77777777" w:rsidR="00A042AD" w:rsidRDefault="00F24F33">
            <w:pPr>
              <w:spacing w:after="0"/>
            </w:pPr>
            <w:r>
              <w:rPr>
                <w:sz w:val="14"/>
              </w:rPr>
              <w:t>☐</w:t>
            </w:r>
            <w:r>
              <w:rPr>
                <w:sz w:val="14"/>
              </w:rPr>
              <w:t xml:space="preserve"> Other: __________________</w:t>
            </w:r>
          </w:p>
        </w:tc>
        <w:tc>
          <w:tcPr>
            <w:tcW w:w="3528" w:type="dxa"/>
          </w:tcPr>
          <w:p w14:paraId="0D10372F" w14:textId="77777777" w:rsidR="00A042AD" w:rsidRDefault="00A042AD">
            <w:pPr>
              <w:spacing w:after="0"/>
            </w:pPr>
          </w:p>
        </w:tc>
      </w:tr>
      <w:tr w:rsidR="00A042AD" w14:paraId="1A348D67" w14:textId="77777777">
        <w:trPr>
          <w:jc w:val="center"/>
        </w:trPr>
        <w:tc>
          <w:tcPr>
            <w:tcW w:w="10728" w:type="dxa"/>
            <w:gridSpan w:val="3"/>
            <w:shd w:val="clear" w:color="auto" w:fill="DCECF7"/>
          </w:tcPr>
          <w:p w14:paraId="248194C2" w14:textId="77777777" w:rsidR="00A042AD" w:rsidRDefault="00F24F33">
            <w:pPr>
              <w:spacing w:after="0"/>
            </w:pPr>
            <w:r>
              <w:rPr>
                <w:b/>
                <w:color w:val="000000"/>
                <w:sz w:val="15"/>
              </w:rPr>
              <w:t>Location / event / team / activity</w:t>
            </w:r>
          </w:p>
        </w:tc>
      </w:tr>
      <w:tr w:rsidR="00A042AD" w14:paraId="34A1086C" w14:textId="77777777" w:rsidTr="00925201">
        <w:trPr>
          <w:trHeight w:val="884"/>
          <w:jc w:val="center"/>
        </w:trPr>
        <w:tc>
          <w:tcPr>
            <w:tcW w:w="10728" w:type="dxa"/>
            <w:gridSpan w:val="3"/>
          </w:tcPr>
          <w:p w14:paraId="6D21615C" w14:textId="77777777" w:rsidR="00A042AD" w:rsidRDefault="00A042AD">
            <w:pPr>
              <w:spacing w:after="0"/>
            </w:pPr>
          </w:p>
        </w:tc>
      </w:tr>
      <w:tr w:rsidR="00A042AD" w14:paraId="7223ADBE" w14:textId="77777777">
        <w:trPr>
          <w:jc w:val="center"/>
        </w:trPr>
        <w:tc>
          <w:tcPr>
            <w:tcW w:w="10728" w:type="dxa"/>
            <w:gridSpan w:val="3"/>
            <w:shd w:val="clear" w:color="auto" w:fill="DCECF7"/>
          </w:tcPr>
          <w:p w14:paraId="20CCF6C5" w14:textId="77777777" w:rsidR="00A042AD" w:rsidRDefault="00F24F33">
            <w:pPr>
              <w:spacing w:after="0"/>
            </w:pPr>
            <w:r>
              <w:rPr>
                <w:b/>
                <w:color w:val="000000"/>
                <w:sz w:val="15"/>
              </w:rPr>
              <w:t>Description of alleged incident / complaint</w:t>
            </w:r>
          </w:p>
        </w:tc>
      </w:tr>
      <w:tr w:rsidR="00A042AD" w14:paraId="27D59875" w14:textId="77777777" w:rsidTr="00925201">
        <w:trPr>
          <w:trHeight w:val="2235"/>
          <w:jc w:val="center"/>
        </w:trPr>
        <w:tc>
          <w:tcPr>
            <w:tcW w:w="10728" w:type="dxa"/>
            <w:gridSpan w:val="3"/>
          </w:tcPr>
          <w:p w14:paraId="5DCD4B7B" w14:textId="77777777" w:rsidR="00A042AD" w:rsidRDefault="00F24F33">
            <w:pPr>
              <w:spacing w:after="0"/>
            </w:pPr>
            <w:r>
              <w:rPr>
                <w:color w:val="4D5663"/>
                <w:sz w:val="14"/>
              </w:rPr>
              <w:t>Include date, time, people present, what was seen/heard, and any immediate action taken.</w:t>
            </w:r>
          </w:p>
        </w:tc>
      </w:tr>
      <w:tr w:rsidR="00A042AD" w14:paraId="56AD5E60" w14:textId="77777777">
        <w:trPr>
          <w:jc w:val="center"/>
        </w:trPr>
        <w:tc>
          <w:tcPr>
            <w:tcW w:w="10728" w:type="dxa"/>
            <w:gridSpan w:val="3"/>
            <w:shd w:val="clear" w:color="auto" w:fill="DCECF7"/>
          </w:tcPr>
          <w:p w14:paraId="48469420" w14:textId="77777777" w:rsidR="00A042AD" w:rsidRDefault="00F24F33">
            <w:pPr>
              <w:spacing w:after="0"/>
            </w:pPr>
            <w:r>
              <w:rPr>
                <w:b/>
                <w:color w:val="000000"/>
                <w:sz w:val="15"/>
              </w:rPr>
              <w:t>Nature of incident / complaint (tick all that apply)</w:t>
            </w:r>
          </w:p>
        </w:tc>
      </w:tr>
      <w:tr w:rsidR="00A042AD" w14:paraId="4294D9E9" w14:textId="77777777">
        <w:trPr>
          <w:trHeight w:val="1339"/>
          <w:jc w:val="center"/>
        </w:trPr>
        <w:tc>
          <w:tcPr>
            <w:tcW w:w="3528" w:type="dxa"/>
          </w:tcPr>
          <w:p w14:paraId="540A5F0B" w14:textId="77777777" w:rsidR="00A042AD" w:rsidRDefault="00A042AD">
            <w:pPr>
              <w:spacing w:after="0"/>
            </w:pPr>
          </w:p>
          <w:p w14:paraId="2CECFE7E" w14:textId="77777777" w:rsidR="00A042AD" w:rsidRDefault="00F24F33">
            <w:pPr>
              <w:spacing w:after="0"/>
            </w:pPr>
            <w:r>
              <w:rPr>
                <w:sz w:val="14"/>
              </w:rPr>
              <w:t>☐</w:t>
            </w:r>
            <w:r>
              <w:rPr>
                <w:sz w:val="14"/>
              </w:rPr>
              <w:t xml:space="preserve"> Bullying</w:t>
            </w:r>
          </w:p>
          <w:p w14:paraId="1AEBE4EB" w14:textId="77777777" w:rsidR="00A042AD" w:rsidRDefault="00F24F33">
            <w:pPr>
              <w:spacing w:after="0"/>
            </w:pPr>
            <w:r>
              <w:rPr>
                <w:sz w:val="14"/>
              </w:rPr>
              <w:t>☐</w:t>
            </w:r>
            <w:r>
              <w:rPr>
                <w:sz w:val="14"/>
              </w:rPr>
              <w:t xml:space="preserve"> Harassment</w:t>
            </w:r>
          </w:p>
          <w:p w14:paraId="66B9C73D" w14:textId="77777777" w:rsidR="00A042AD" w:rsidRDefault="00F24F33">
            <w:pPr>
              <w:spacing w:after="0"/>
            </w:pPr>
            <w:r>
              <w:rPr>
                <w:sz w:val="14"/>
              </w:rPr>
              <w:t>☐</w:t>
            </w:r>
            <w:r>
              <w:rPr>
                <w:sz w:val="14"/>
              </w:rPr>
              <w:t xml:space="preserve"> Verbal abuse</w:t>
            </w:r>
          </w:p>
          <w:p w14:paraId="001D4E06" w14:textId="77777777" w:rsidR="00A042AD" w:rsidRDefault="00F24F33">
            <w:pPr>
              <w:spacing w:after="0"/>
            </w:pPr>
            <w:r>
              <w:rPr>
                <w:sz w:val="14"/>
              </w:rPr>
              <w:t>☐</w:t>
            </w:r>
            <w:r>
              <w:rPr>
                <w:sz w:val="14"/>
              </w:rPr>
              <w:t xml:space="preserve"> Physical abuse</w:t>
            </w:r>
          </w:p>
          <w:p w14:paraId="7F46EE01" w14:textId="77777777" w:rsidR="00A042AD" w:rsidRDefault="00F24F33">
            <w:pPr>
              <w:spacing w:after="0"/>
            </w:pPr>
            <w:r>
              <w:rPr>
                <w:sz w:val="14"/>
              </w:rPr>
              <w:t>☐</w:t>
            </w:r>
            <w:r>
              <w:rPr>
                <w:sz w:val="14"/>
              </w:rPr>
              <w:t xml:space="preserve"> Sexual harassment / sexual misconduct</w:t>
            </w:r>
          </w:p>
          <w:p w14:paraId="5F25948C" w14:textId="77777777" w:rsidR="00A042AD" w:rsidRDefault="00F24F33">
            <w:pPr>
              <w:spacing w:after="0"/>
            </w:pPr>
            <w:r>
              <w:rPr>
                <w:sz w:val="14"/>
              </w:rPr>
              <w:t>☐</w:t>
            </w:r>
            <w:r>
              <w:rPr>
                <w:sz w:val="14"/>
              </w:rPr>
              <w:t xml:space="preserve"> Safeguarding / child protection concern</w:t>
            </w:r>
          </w:p>
        </w:tc>
        <w:tc>
          <w:tcPr>
            <w:tcW w:w="3672" w:type="dxa"/>
          </w:tcPr>
          <w:p w14:paraId="3FC0B492" w14:textId="77777777" w:rsidR="00A042AD" w:rsidRDefault="00A042AD">
            <w:pPr>
              <w:spacing w:after="0"/>
            </w:pPr>
          </w:p>
          <w:p w14:paraId="5EDC2C97" w14:textId="77777777" w:rsidR="00A042AD" w:rsidRDefault="00F24F33">
            <w:pPr>
              <w:spacing w:after="0"/>
            </w:pPr>
            <w:r>
              <w:rPr>
                <w:sz w:val="14"/>
              </w:rPr>
              <w:t>☐</w:t>
            </w:r>
            <w:r>
              <w:rPr>
                <w:sz w:val="14"/>
              </w:rPr>
              <w:t xml:space="preserve"> Discrimination</w:t>
            </w:r>
          </w:p>
          <w:p w14:paraId="3FA777BE" w14:textId="77777777" w:rsidR="00A042AD" w:rsidRDefault="00F24F33">
            <w:pPr>
              <w:spacing w:after="0"/>
            </w:pPr>
            <w:r>
              <w:rPr>
                <w:sz w:val="14"/>
              </w:rPr>
              <w:t>☐</w:t>
            </w:r>
            <w:r>
              <w:rPr>
                <w:sz w:val="14"/>
              </w:rPr>
              <w:t xml:space="preserve"> Race / ethnicity</w:t>
            </w:r>
          </w:p>
          <w:p w14:paraId="16A99A87" w14:textId="77777777" w:rsidR="00A042AD" w:rsidRDefault="00F24F33">
            <w:pPr>
              <w:spacing w:after="0"/>
            </w:pPr>
            <w:r>
              <w:rPr>
                <w:sz w:val="14"/>
              </w:rPr>
              <w:t>☐</w:t>
            </w:r>
            <w:r>
              <w:rPr>
                <w:sz w:val="14"/>
              </w:rPr>
              <w:t xml:space="preserve"> Religion / belief</w:t>
            </w:r>
          </w:p>
          <w:p w14:paraId="0399F31B" w14:textId="77777777" w:rsidR="00A042AD" w:rsidRDefault="00F24F33">
            <w:pPr>
              <w:spacing w:after="0"/>
            </w:pPr>
            <w:r>
              <w:rPr>
                <w:sz w:val="14"/>
              </w:rPr>
              <w:t>☐</w:t>
            </w:r>
            <w:r>
              <w:rPr>
                <w:sz w:val="14"/>
              </w:rPr>
              <w:t xml:space="preserve"> Sex / gender</w:t>
            </w:r>
          </w:p>
          <w:p w14:paraId="440FFFEA" w14:textId="77777777" w:rsidR="00A042AD" w:rsidRDefault="00F24F33">
            <w:pPr>
              <w:spacing w:after="0"/>
            </w:pPr>
            <w:r>
              <w:rPr>
                <w:sz w:val="14"/>
              </w:rPr>
              <w:t>☐</w:t>
            </w:r>
            <w:r>
              <w:rPr>
                <w:sz w:val="14"/>
              </w:rPr>
              <w:t xml:space="preserve"> Sexual orientation</w:t>
            </w:r>
          </w:p>
          <w:p w14:paraId="34D99B2F" w14:textId="77777777" w:rsidR="00A042AD" w:rsidRDefault="00F24F33">
            <w:pPr>
              <w:spacing w:after="0"/>
            </w:pPr>
            <w:r>
              <w:rPr>
                <w:sz w:val="14"/>
              </w:rPr>
              <w:t>☐</w:t>
            </w:r>
            <w:r>
              <w:rPr>
                <w:sz w:val="14"/>
              </w:rPr>
              <w:t xml:space="preserve"> Disability</w:t>
            </w:r>
          </w:p>
        </w:tc>
        <w:tc>
          <w:tcPr>
            <w:tcW w:w="3528" w:type="dxa"/>
          </w:tcPr>
          <w:p w14:paraId="1B23387D" w14:textId="77777777" w:rsidR="00A042AD" w:rsidRDefault="00A042AD">
            <w:pPr>
              <w:spacing w:after="0"/>
            </w:pPr>
          </w:p>
          <w:p w14:paraId="313AC1CB" w14:textId="77777777" w:rsidR="00A042AD" w:rsidRDefault="00F24F33">
            <w:pPr>
              <w:spacing w:after="0"/>
            </w:pPr>
            <w:r>
              <w:rPr>
                <w:sz w:val="14"/>
              </w:rPr>
              <w:t>☐</w:t>
            </w:r>
            <w:r>
              <w:rPr>
                <w:sz w:val="14"/>
              </w:rPr>
              <w:t xml:space="preserve"> Victimisation</w:t>
            </w:r>
          </w:p>
          <w:p w14:paraId="36294CEF" w14:textId="77777777" w:rsidR="00A042AD" w:rsidRDefault="00F24F33">
            <w:pPr>
              <w:spacing w:after="0"/>
            </w:pPr>
            <w:r>
              <w:rPr>
                <w:sz w:val="14"/>
              </w:rPr>
              <w:t>☐</w:t>
            </w:r>
            <w:r>
              <w:rPr>
                <w:sz w:val="14"/>
              </w:rPr>
              <w:t xml:space="preserve"> Coaching methods / conduct</w:t>
            </w:r>
          </w:p>
          <w:p w14:paraId="69792B89" w14:textId="77777777" w:rsidR="00A042AD" w:rsidRDefault="00F24F33">
            <w:pPr>
              <w:spacing w:after="0"/>
            </w:pPr>
            <w:r>
              <w:rPr>
                <w:sz w:val="14"/>
              </w:rPr>
              <w:t>☐</w:t>
            </w:r>
            <w:r>
              <w:rPr>
                <w:sz w:val="14"/>
              </w:rPr>
              <w:t xml:space="preserve"> Selection dispute</w:t>
            </w:r>
          </w:p>
          <w:p w14:paraId="6888283E" w14:textId="77777777" w:rsidR="00A042AD" w:rsidRDefault="00F24F33">
            <w:pPr>
              <w:spacing w:after="0"/>
            </w:pPr>
            <w:r>
              <w:rPr>
                <w:sz w:val="14"/>
              </w:rPr>
              <w:t>☐</w:t>
            </w:r>
            <w:r>
              <w:rPr>
                <w:sz w:val="14"/>
              </w:rPr>
              <w:t xml:space="preserve"> Unfair decision / process</w:t>
            </w:r>
          </w:p>
          <w:p w14:paraId="4A7CCDEE" w14:textId="77777777" w:rsidR="00A042AD" w:rsidRDefault="00F24F33">
            <w:pPr>
              <w:spacing w:after="0"/>
            </w:pPr>
            <w:r>
              <w:rPr>
                <w:sz w:val="14"/>
              </w:rPr>
              <w:t>☐</w:t>
            </w:r>
            <w:r>
              <w:rPr>
                <w:sz w:val="14"/>
              </w:rPr>
              <w:t xml:space="preserve"> Personality / relationship conflict</w:t>
            </w:r>
          </w:p>
          <w:p w14:paraId="30F50385" w14:textId="77777777" w:rsidR="00A042AD" w:rsidRDefault="00F24F33">
            <w:pPr>
              <w:spacing w:after="0"/>
            </w:pPr>
            <w:r>
              <w:rPr>
                <w:sz w:val="14"/>
              </w:rPr>
              <w:t>☐</w:t>
            </w:r>
            <w:r>
              <w:rPr>
                <w:sz w:val="14"/>
              </w:rPr>
              <w:t xml:space="preserve"> Other: __________________</w:t>
            </w:r>
          </w:p>
        </w:tc>
      </w:tr>
    </w:tbl>
    <w:p w14:paraId="63789C41" w14:textId="77777777" w:rsidR="00A042AD" w:rsidRDefault="00F24F33">
      <w:r>
        <w:br w:type="page"/>
      </w:r>
    </w:p>
    <w:p w14:paraId="250F56F0" w14:textId="77777777" w:rsidR="00A042AD" w:rsidRDefault="00F24F33">
      <w:pPr>
        <w:spacing w:after="80"/>
        <w:jc w:val="center"/>
      </w:pPr>
      <w:r>
        <w:rPr>
          <w:noProof/>
        </w:rPr>
        <w:lastRenderedPageBreak/>
        <w:drawing>
          <wp:inline distT="0" distB="0" distL="0" distR="0" wp14:anchorId="3E370F92" wp14:editId="615D2868">
            <wp:extent cx="6839712" cy="860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839712" cy="860999"/>
                    </a:xfrm>
                    <a:prstGeom prst="rect">
                      <a:avLst/>
                    </a:prstGeom>
                  </pic:spPr>
                </pic:pic>
              </a:graphicData>
            </a:graphic>
          </wp:inline>
        </w:drawing>
      </w:r>
    </w:p>
    <w:p w14:paraId="5886E930" w14:textId="77777777" w:rsidR="00A042AD" w:rsidRDefault="00F24F33">
      <w:pPr>
        <w:spacing w:after="60"/>
        <w:jc w:val="center"/>
      </w:pPr>
      <w:r>
        <w:rPr>
          <w:b/>
          <w:color w:val="06163A"/>
          <w:sz w:val="26"/>
        </w:rPr>
        <w:t>SECTION B - FOR SCOTTISH TOUCH USE</w:t>
      </w:r>
    </w:p>
    <w:p w14:paraId="5E49A195" w14:textId="4335396B" w:rsidR="00A042AD" w:rsidRDefault="00F24F33" w:rsidP="00C60258">
      <w:pPr>
        <w:spacing w:after="100"/>
        <w:jc w:val="center"/>
      </w:pPr>
      <w:r>
        <w:rPr>
          <w:b/>
          <w:sz w:val="28"/>
        </w:rPr>
        <w:t>SCOTTISH TOUCH - CONFIDENTIAL INCIDENT / COMPLAINT RECORD</w:t>
      </w:r>
    </w:p>
    <w:tbl>
      <w:tblPr>
        <w:tblW w:w="0" w:type="auto"/>
        <w:jc w:val="center"/>
        <w:tblBorders>
          <w:top w:val="single" w:sz="5" w:space="0" w:color="9DB9CE"/>
          <w:left w:val="single" w:sz="5" w:space="0" w:color="9DB9CE"/>
          <w:bottom w:val="single" w:sz="5" w:space="0" w:color="9DB9CE"/>
          <w:right w:val="single" w:sz="5" w:space="0" w:color="9DB9CE"/>
          <w:insideH w:val="single" w:sz="5" w:space="0" w:color="9DB9CE"/>
          <w:insideV w:val="single" w:sz="5" w:space="0" w:color="9DB9CE"/>
        </w:tblBorders>
        <w:tblLook w:val="04A0" w:firstRow="1" w:lastRow="0" w:firstColumn="1" w:lastColumn="0" w:noHBand="0" w:noVBand="1"/>
      </w:tblPr>
      <w:tblGrid>
        <w:gridCol w:w="11134"/>
      </w:tblGrid>
      <w:tr w:rsidR="00A042AD" w14:paraId="2D7606BC" w14:textId="77777777" w:rsidTr="00C60258">
        <w:trPr>
          <w:jc w:val="center"/>
        </w:trPr>
        <w:tc>
          <w:tcPr>
            <w:tcW w:w="11134" w:type="dxa"/>
            <w:shd w:val="clear" w:color="auto" w:fill="EAF4FB"/>
            <w:tcMar>
              <w:top w:w="55" w:type="dxa"/>
              <w:left w:w="80" w:type="dxa"/>
              <w:bottom w:w="55" w:type="dxa"/>
              <w:right w:w="80" w:type="dxa"/>
            </w:tcMar>
          </w:tcPr>
          <w:p w14:paraId="49C8C857" w14:textId="77777777" w:rsidR="00A042AD" w:rsidRDefault="00F24F33">
            <w:pPr>
              <w:spacing w:after="20"/>
            </w:pPr>
            <w:r>
              <w:rPr>
                <w:b/>
                <w:color w:val="06163A"/>
                <w:sz w:val="14"/>
              </w:rPr>
              <w:t>WHAT HAPPENS NEXT</w:t>
            </w:r>
          </w:p>
          <w:p w14:paraId="36BA8B12" w14:textId="77777777" w:rsidR="00A042AD" w:rsidRDefault="00F24F33">
            <w:pPr>
              <w:spacing w:after="0"/>
            </w:pPr>
            <w:r>
              <w:rPr>
                <w:color w:val="4D5663"/>
                <w:sz w:val="14"/>
              </w:rPr>
              <w:t>Scottish Touch will consider any immediate safeguarding or welfare action required and determine the appropriate procedure. The person reporting may be contacted for further information.</w:t>
            </w:r>
          </w:p>
        </w:tc>
      </w:tr>
    </w:tbl>
    <w:tbl>
      <w:tblPr>
        <w:tblW w:w="11178" w:type="dxa"/>
        <w:jc w:val="cente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4A0" w:firstRow="1" w:lastRow="0" w:firstColumn="1" w:lastColumn="0" w:noHBand="0" w:noVBand="1"/>
      </w:tblPr>
      <w:tblGrid>
        <w:gridCol w:w="2544"/>
        <w:gridCol w:w="8634"/>
      </w:tblGrid>
      <w:tr w:rsidR="00A042AD" w14:paraId="12D6CFED" w14:textId="77777777" w:rsidTr="00925201">
        <w:trPr>
          <w:trHeight w:val="892"/>
          <w:jc w:val="center"/>
        </w:trPr>
        <w:tc>
          <w:tcPr>
            <w:tcW w:w="2544" w:type="dxa"/>
            <w:shd w:val="clear" w:color="auto" w:fill="DCECF7"/>
            <w:tcMar>
              <w:top w:w="55" w:type="dxa"/>
              <w:left w:w="70" w:type="dxa"/>
              <w:bottom w:w="55" w:type="dxa"/>
              <w:right w:w="70" w:type="dxa"/>
            </w:tcMar>
          </w:tcPr>
          <w:p w14:paraId="23ED21EE" w14:textId="77777777" w:rsidR="00A042AD" w:rsidRDefault="00F24F33">
            <w:pPr>
              <w:spacing w:after="0"/>
            </w:pPr>
            <w:r>
              <w:rPr>
                <w:b/>
                <w:color w:val="000000"/>
                <w:sz w:val="15"/>
              </w:rPr>
              <w:t>Immediate safety / safeguarding</w:t>
            </w:r>
            <w:r>
              <w:rPr>
                <w:b/>
                <w:color w:val="000000"/>
                <w:sz w:val="15"/>
              </w:rPr>
              <w:br/>
              <w:t>action taken</w:t>
            </w:r>
          </w:p>
        </w:tc>
        <w:tc>
          <w:tcPr>
            <w:tcW w:w="8634" w:type="dxa"/>
            <w:tcMar>
              <w:top w:w="55" w:type="dxa"/>
              <w:left w:w="70" w:type="dxa"/>
              <w:bottom w:w="55" w:type="dxa"/>
              <w:right w:w="70" w:type="dxa"/>
            </w:tcMar>
          </w:tcPr>
          <w:p w14:paraId="5B3B73D0" w14:textId="77777777" w:rsidR="00A042AD" w:rsidRDefault="00F24F33">
            <w:pPr>
              <w:spacing w:after="0"/>
            </w:pPr>
            <w:r>
              <w:rPr>
                <w:color w:val="000000"/>
                <w:sz w:val="14"/>
              </w:rPr>
              <w:t>Record any steps taken to protect participants, including referral to the Safeguarding / Welfare Officer, emergency services, Police Scotland, social work or other statutory services where applicable.</w:t>
            </w:r>
          </w:p>
        </w:tc>
      </w:tr>
      <w:tr w:rsidR="00A042AD" w14:paraId="6BF76B24" w14:textId="77777777" w:rsidTr="00C60258">
        <w:trPr>
          <w:trHeight w:val="634"/>
          <w:jc w:val="center"/>
        </w:trPr>
        <w:tc>
          <w:tcPr>
            <w:tcW w:w="2544" w:type="dxa"/>
            <w:shd w:val="clear" w:color="auto" w:fill="DCECF7"/>
            <w:tcMar>
              <w:top w:w="55" w:type="dxa"/>
              <w:left w:w="70" w:type="dxa"/>
              <w:bottom w:w="55" w:type="dxa"/>
              <w:right w:w="70" w:type="dxa"/>
            </w:tcMar>
          </w:tcPr>
          <w:p w14:paraId="55F37703" w14:textId="77777777" w:rsidR="00A042AD" w:rsidRDefault="00F24F33">
            <w:pPr>
              <w:spacing w:after="0"/>
            </w:pPr>
            <w:r>
              <w:rPr>
                <w:b/>
                <w:color w:val="000000"/>
                <w:sz w:val="15"/>
              </w:rPr>
              <w:t>Witnesses / other people</w:t>
            </w:r>
            <w:r>
              <w:rPr>
                <w:b/>
                <w:color w:val="000000"/>
                <w:sz w:val="15"/>
              </w:rPr>
              <w:br/>
              <w:t>involved</w:t>
            </w:r>
          </w:p>
        </w:tc>
        <w:tc>
          <w:tcPr>
            <w:tcW w:w="8634" w:type="dxa"/>
            <w:tcMar>
              <w:top w:w="55" w:type="dxa"/>
              <w:left w:w="70" w:type="dxa"/>
              <w:bottom w:w="55" w:type="dxa"/>
              <w:right w:w="70" w:type="dxa"/>
            </w:tcMar>
          </w:tcPr>
          <w:p w14:paraId="7829859A" w14:textId="77777777" w:rsidR="00A042AD" w:rsidRDefault="00F24F33">
            <w:pPr>
              <w:spacing w:after="0"/>
            </w:pPr>
            <w:r>
              <w:rPr>
                <w:color w:val="000000"/>
                <w:sz w:val="14"/>
              </w:rPr>
              <w:t>Names and contact details, if known.</w:t>
            </w:r>
          </w:p>
        </w:tc>
      </w:tr>
      <w:tr w:rsidR="00A042AD" w14:paraId="557C3F53" w14:textId="77777777" w:rsidTr="00925201">
        <w:trPr>
          <w:trHeight w:val="720"/>
          <w:jc w:val="center"/>
        </w:trPr>
        <w:tc>
          <w:tcPr>
            <w:tcW w:w="2544" w:type="dxa"/>
            <w:shd w:val="clear" w:color="auto" w:fill="DCECF7"/>
            <w:tcMar>
              <w:top w:w="55" w:type="dxa"/>
              <w:left w:w="70" w:type="dxa"/>
              <w:bottom w:w="55" w:type="dxa"/>
              <w:right w:w="70" w:type="dxa"/>
            </w:tcMar>
          </w:tcPr>
          <w:p w14:paraId="0DD62A35" w14:textId="77777777" w:rsidR="00A042AD" w:rsidRDefault="00F24F33">
            <w:pPr>
              <w:spacing w:after="0"/>
            </w:pPr>
            <w:r>
              <w:rPr>
                <w:b/>
                <w:color w:val="000000"/>
                <w:sz w:val="15"/>
              </w:rPr>
              <w:t>Evidence / documents available</w:t>
            </w:r>
          </w:p>
        </w:tc>
        <w:tc>
          <w:tcPr>
            <w:tcW w:w="8634" w:type="dxa"/>
            <w:tcMar>
              <w:top w:w="55" w:type="dxa"/>
              <w:left w:w="70" w:type="dxa"/>
              <w:bottom w:w="55" w:type="dxa"/>
              <w:right w:w="70" w:type="dxa"/>
            </w:tcMar>
          </w:tcPr>
          <w:p w14:paraId="6C1DFCE8" w14:textId="77777777" w:rsidR="00A042AD" w:rsidRDefault="00F24F33">
            <w:pPr>
              <w:spacing w:after="0"/>
            </w:pPr>
            <w:r>
              <w:rPr>
                <w:color w:val="000000"/>
                <w:sz w:val="14"/>
              </w:rPr>
              <w:t>e.g. emails, messages, photographs, video, screenshots, medical information, witness statements.</w:t>
            </w:r>
          </w:p>
        </w:tc>
      </w:tr>
      <w:tr w:rsidR="00A042AD" w14:paraId="2FF8C35F" w14:textId="77777777" w:rsidTr="00925201">
        <w:trPr>
          <w:trHeight w:val="950"/>
          <w:jc w:val="center"/>
        </w:trPr>
        <w:tc>
          <w:tcPr>
            <w:tcW w:w="2544" w:type="dxa"/>
            <w:shd w:val="clear" w:color="auto" w:fill="DCECF7"/>
            <w:tcMar>
              <w:top w:w="55" w:type="dxa"/>
              <w:left w:w="70" w:type="dxa"/>
              <w:bottom w:w="55" w:type="dxa"/>
              <w:right w:w="70" w:type="dxa"/>
            </w:tcMar>
          </w:tcPr>
          <w:p w14:paraId="1A96347D" w14:textId="77777777" w:rsidR="00A042AD" w:rsidRDefault="00F24F33">
            <w:pPr>
              <w:spacing w:after="0"/>
            </w:pPr>
            <w:r>
              <w:rPr>
                <w:b/>
                <w:color w:val="000000"/>
                <w:sz w:val="15"/>
              </w:rPr>
              <w:t>Attempted informal resolution (if</w:t>
            </w:r>
            <w:r>
              <w:rPr>
                <w:b/>
                <w:color w:val="000000"/>
                <w:sz w:val="15"/>
              </w:rPr>
              <w:br/>
              <w:t>appropriate)</w:t>
            </w:r>
          </w:p>
        </w:tc>
        <w:tc>
          <w:tcPr>
            <w:tcW w:w="8634" w:type="dxa"/>
            <w:tcMar>
              <w:top w:w="55" w:type="dxa"/>
              <w:left w:w="70" w:type="dxa"/>
              <w:bottom w:w="55" w:type="dxa"/>
              <w:right w:w="70" w:type="dxa"/>
            </w:tcMar>
          </w:tcPr>
          <w:p w14:paraId="0F685104" w14:textId="77777777" w:rsidR="00A042AD" w:rsidRDefault="00F24F33">
            <w:pPr>
              <w:spacing w:after="0"/>
            </w:pPr>
            <w:r>
              <w:rPr>
                <w:color w:val="000000"/>
                <w:sz w:val="14"/>
              </w:rPr>
              <w:t>Describe any informal steps taken. Do not attempt informal resolution where this would be inappropriate, unsafe, or could compromise a safeguarding or disciplinary process.</w:t>
            </w:r>
          </w:p>
        </w:tc>
      </w:tr>
      <w:tr w:rsidR="00A042AD" w14:paraId="1E0446E0" w14:textId="77777777" w:rsidTr="00C60258">
        <w:trPr>
          <w:trHeight w:val="459"/>
          <w:jc w:val="center"/>
        </w:trPr>
        <w:tc>
          <w:tcPr>
            <w:tcW w:w="2544" w:type="dxa"/>
            <w:shd w:val="clear" w:color="auto" w:fill="DCECF7"/>
            <w:tcMar>
              <w:top w:w="55" w:type="dxa"/>
              <w:left w:w="70" w:type="dxa"/>
              <w:bottom w:w="55" w:type="dxa"/>
              <w:right w:w="70" w:type="dxa"/>
            </w:tcMar>
          </w:tcPr>
          <w:p w14:paraId="756BE0D6" w14:textId="77777777" w:rsidR="00A042AD" w:rsidRDefault="00F24F33">
            <w:pPr>
              <w:spacing w:after="0"/>
            </w:pPr>
            <w:r>
              <w:rPr>
                <w:b/>
                <w:color w:val="000000"/>
                <w:sz w:val="15"/>
              </w:rPr>
              <w:t>Formal procedure followed</w:t>
            </w:r>
          </w:p>
        </w:tc>
        <w:tc>
          <w:tcPr>
            <w:tcW w:w="8634" w:type="dxa"/>
            <w:tcMar>
              <w:top w:w="55" w:type="dxa"/>
              <w:left w:w="70" w:type="dxa"/>
              <w:bottom w:w="55" w:type="dxa"/>
              <w:right w:w="70" w:type="dxa"/>
            </w:tcMar>
          </w:tcPr>
          <w:p w14:paraId="469D5CF7" w14:textId="77777777" w:rsidR="00A042AD" w:rsidRDefault="00F24F33">
            <w:pPr>
              <w:spacing w:after="0"/>
            </w:pPr>
            <w:r>
              <w:rPr>
                <w:color w:val="000000"/>
                <w:sz w:val="14"/>
              </w:rPr>
              <w:t>Policy / procedure used, person responsible, key dates and actions.</w:t>
            </w:r>
          </w:p>
        </w:tc>
      </w:tr>
      <w:tr w:rsidR="00A042AD" w14:paraId="4A577427" w14:textId="77777777" w:rsidTr="00490380">
        <w:trPr>
          <w:trHeight w:val="973"/>
          <w:jc w:val="center"/>
        </w:trPr>
        <w:tc>
          <w:tcPr>
            <w:tcW w:w="2544" w:type="dxa"/>
            <w:shd w:val="clear" w:color="auto" w:fill="DCECF7"/>
            <w:tcMar>
              <w:top w:w="55" w:type="dxa"/>
              <w:left w:w="70" w:type="dxa"/>
              <w:bottom w:w="55" w:type="dxa"/>
              <w:right w:w="70" w:type="dxa"/>
            </w:tcMar>
          </w:tcPr>
          <w:p w14:paraId="251FBC5E" w14:textId="77777777" w:rsidR="00A042AD" w:rsidRDefault="00F24F33">
            <w:pPr>
              <w:spacing w:after="0"/>
            </w:pPr>
            <w:r>
              <w:rPr>
                <w:b/>
                <w:color w:val="000000"/>
                <w:sz w:val="15"/>
              </w:rPr>
              <w:t>Investigation outcome / finding</w:t>
            </w:r>
          </w:p>
        </w:tc>
        <w:tc>
          <w:tcPr>
            <w:tcW w:w="8634" w:type="dxa"/>
            <w:tcMar>
              <w:top w:w="55" w:type="dxa"/>
              <w:left w:w="70" w:type="dxa"/>
              <w:bottom w:w="55" w:type="dxa"/>
              <w:right w:w="70" w:type="dxa"/>
            </w:tcMar>
          </w:tcPr>
          <w:p w14:paraId="4D8A3671" w14:textId="77777777" w:rsidR="00A042AD" w:rsidRDefault="00A042AD">
            <w:pPr>
              <w:spacing w:after="0"/>
            </w:pPr>
          </w:p>
        </w:tc>
      </w:tr>
      <w:tr w:rsidR="00A042AD" w14:paraId="57F3D1F1" w14:textId="77777777" w:rsidTr="00C60258">
        <w:trPr>
          <w:trHeight w:val="667"/>
          <w:jc w:val="center"/>
        </w:trPr>
        <w:tc>
          <w:tcPr>
            <w:tcW w:w="2544" w:type="dxa"/>
            <w:shd w:val="clear" w:color="auto" w:fill="DCECF7"/>
            <w:tcMar>
              <w:top w:w="55" w:type="dxa"/>
              <w:left w:w="70" w:type="dxa"/>
              <w:bottom w:w="55" w:type="dxa"/>
              <w:right w:w="70" w:type="dxa"/>
            </w:tcMar>
          </w:tcPr>
          <w:p w14:paraId="180FD39D" w14:textId="77777777" w:rsidR="00A042AD" w:rsidRDefault="00F24F33">
            <w:pPr>
              <w:spacing w:after="0"/>
            </w:pPr>
            <w:r>
              <w:rPr>
                <w:b/>
                <w:color w:val="000000"/>
                <w:sz w:val="15"/>
              </w:rPr>
              <w:t>Mediation (if used)</w:t>
            </w:r>
          </w:p>
        </w:tc>
        <w:tc>
          <w:tcPr>
            <w:tcW w:w="8634" w:type="dxa"/>
            <w:tcMar>
              <w:top w:w="55" w:type="dxa"/>
              <w:left w:w="70" w:type="dxa"/>
              <w:bottom w:w="55" w:type="dxa"/>
              <w:right w:w="70" w:type="dxa"/>
            </w:tcMar>
          </w:tcPr>
          <w:p w14:paraId="3235E08A" w14:textId="77777777" w:rsidR="00A042AD" w:rsidRDefault="00F24F33">
            <w:pPr>
              <w:spacing w:after="0"/>
            </w:pPr>
            <w:r>
              <w:rPr>
                <w:color w:val="000000"/>
                <w:sz w:val="14"/>
              </w:rPr>
              <w:t>Date: __________________   Parties present: ______________________________</w:t>
            </w:r>
            <w:r>
              <w:rPr>
                <w:color w:val="000000"/>
                <w:sz w:val="14"/>
              </w:rPr>
              <w:br/>
              <w:t>Agreement / outcome:</w:t>
            </w:r>
          </w:p>
        </w:tc>
      </w:tr>
      <w:tr w:rsidR="00A042AD" w14:paraId="2FC22FDA" w14:textId="77777777" w:rsidTr="00925201">
        <w:trPr>
          <w:trHeight w:val="777"/>
          <w:jc w:val="center"/>
        </w:trPr>
        <w:tc>
          <w:tcPr>
            <w:tcW w:w="2544" w:type="dxa"/>
            <w:shd w:val="clear" w:color="auto" w:fill="DCECF7"/>
            <w:tcMar>
              <w:top w:w="55" w:type="dxa"/>
              <w:left w:w="70" w:type="dxa"/>
              <w:bottom w:w="55" w:type="dxa"/>
              <w:right w:w="70" w:type="dxa"/>
            </w:tcMar>
          </w:tcPr>
          <w:p w14:paraId="3FC9F327" w14:textId="77777777" w:rsidR="00A042AD" w:rsidRDefault="00F24F33">
            <w:pPr>
              <w:spacing w:after="0"/>
            </w:pPr>
            <w:r>
              <w:rPr>
                <w:b/>
                <w:color w:val="000000"/>
                <w:sz w:val="15"/>
              </w:rPr>
              <w:t>Decision / action taken</w:t>
            </w:r>
          </w:p>
        </w:tc>
        <w:tc>
          <w:tcPr>
            <w:tcW w:w="8634" w:type="dxa"/>
            <w:tcMar>
              <w:top w:w="55" w:type="dxa"/>
              <w:left w:w="70" w:type="dxa"/>
              <w:bottom w:w="55" w:type="dxa"/>
              <w:right w:w="70" w:type="dxa"/>
            </w:tcMar>
          </w:tcPr>
          <w:p w14:paraId="4181E886" w14:textId="77777777" w:rsidR="00A042AD" w:rsidRDefault="00F24F33">
            <w:pPr>
              <w:spacing w:after="0"/>
            </w:pPr>
            <w:r>
              <w:rPr>
                <w:color w:val="000000"/>
                <w:sz w:val="14"/>
              </w:rPr>
              <w:t>Include any sanctions, support measures, referrals, training, restrictions or other actions.</w:t>
            </w:r>
          </w:p>
        </w:tc>
      </w:tr>
      <w:tr w:rsidR="00A042AD" w14:paraId="05A75228" w14:textId="77777777" w:rsidTr="00C60258">
        <w:trPr>
          <w:trHeight w:val="526"/>
          <w:jc w:val="center"/>
        </w:trPr>
        <w:tc>
          <w:tcPr>
            <w:tcW w:w="2544" w:type="dxa"/>
            <w:shd w:val="clear" w:color="auto" w:fill="DCECF7"/>
            <w:tcMar>
              <w:top w:w="55" w:type="dxa"/>
              <w:left w:w="70" w:type="dxa"/>
              <w:bottom w:w="55" w:type="dxa"/>
              <w:right w:w="70" w:type="dxa"/>
            </w:tcMar>
          </w:tcPr>
          <w:p w14:paraId="47B28980" w14:textId="77777777" w:rsidR="00A042AD" w:rsidRDefault="00F24F33">
            <w:pPr>
              <w:spacing w:after="0"/>
            </w:pPr>
            <w:r>
              <w:rPr>
                <w:b/>
                <w:color w:val="000000"/>
                <w:sz w:val="15"/>
              </w:rPr>
              <w:t>Appeal (if applicable)</w:t>
            </w:r>
          </w:p>
        </w:tc>
        <w:tc>
          <w:tcPr>
            <w:tcW w:w="8634" w:type="dxa"/>
            <w:tcMar>
              <w:top w:w="55" w:type="dxa"/>
              <w:left w:w="70" w:type="dxa"/>
              <w:bottom w:w="55" w:type="dxa"/>
              <w:right w:w="70" w:type="dxa"/>
            </w:tcMar>
          </w:tcPr>
          <w:p w14:paraId="2751BC08" w14:textId="77777777" w:rsidR="00A042AD" w:rsidRDefault="00F24F33">
            <w:pPr>
              <w:spacing w:after="0"/>
            </w:pPr>
            <w:r>
              <w:rPr>
                <w:color w:val="000000"/>
                <w:sz w:val="14"/>
              </w:rPr>
              <w:t>Date received: __________________   Outcome / decision:</w:t>
            </w:r>
          </w:p>
        </w:tc>
      </w:tr>
      <w:tr w:rsidR="00A042AD" w14:paraId="26F89D90" w14:textId="77777777" w:rsidTr="00C60258">
        <w:trPr>
          <w:trHeight w:val="450"/>
          <w:jc w:val="center"/>
        </w:trPr>
        <w:tc>
          <w:tcPr>
            <w:tcW w:w="2544" w:type="dxa"/>
            <w:shd w:val="clear" w:color="auto" w:fill="DCECF7"/>
            <w:tcMar>
              <w:top w:w="55" w:type="dxa"/>
              <w:left w:w="70" w:type="dxa"/>
              <w:bottom w:w="55" w:type="dxa"/>
              <w:right w:w="70" w:type="dxa"/>
            </w:tcMar>
          </w:tcPr>
          <w:p w14:paraId="7F077470" w14:textId="77777777" w:rsidR="00A042AD" w:rsidRDefault="00F24F33">
            <w:pPr>
              <w:spacing w:after="0"/>
            </w:pPr>
            <w:r>
              <w:rPr>
                <w:b/>
                <w:color w:val="000000"/>
                <w:sz w:val="15"/>
              </w:rPr>
              <w:t>Final resolution / case closure</w:t>
            </w:r>
          </w:p>
        </w:tc>
        <w:tc>
          <w:tcPr>
            <w:tcW w:w="8634" w:type="dxa"/>
            <w:tcMar>
              <w:top w:w="55" w:type="dxa"/>
              <w:left w:w="70" w:type="dxa"/>
              <w:bottom w:w="55" w:type="dxa"/>
              <w:right w:w="70" w:type="dxa"/>
            </w:tcMar>
          </w:tcPr>
          <w:p w14:paraId="5C0AD775" w14:textId="77777777" w:rsidR="00A042AD" w:rsidRDefault="00F24F33">
            <w:pPr>
              <w:spacing w:after="0"/>
            </w:pPr>
            <w:r>
              <w:rPr>
                <w:color w:val="000000"/>
                <w:sz w:val="14"/>
              </w:rPr>
              <w:t>Date closed: __________________   Closure summary:</w:t>
            </w:r>
          </w:p>
        </w:tc>
      </w:tr>
      <w:tr w:rsidR="00A042AD" w14:paraId="34AB2582" w14:textId="77777777" w:rsidTr="00F56B00">
        <w:trPr>
          <w:trHeight w:val="926"/>
          <w:jc w:val="center"/>
        </w:trPr>
        <w:tc>
          <w:tcPr>
            <w:tcW w:w="2544" w:type="dxa"/>
            <w:shd w:val="clear" w:color="auto" w:fill="DCECF7"/>
            <w:tcMar>
              <w:top w:w="55" w:type="dxa"/>
              <w:left w:w="70" w:type="dxa"/>
              <w:bottom w:w="55" w:type="dxa"/>
              <w:right w:w="70" w:type="dxa"/>
            </w:tcMar>
          </w:tcPr>
          <w:p w14:paraId="2AC17308" w14:textId="77777777" w:rsidR="00A042AD" w:rsidRDefault="00F24F33">
            <w:pPr>
              <w:spacing w:after="0"/>
            </w:pPr>
            <w:r>
              <w:rPr>
                <w:b/>
                <w:color w:val="000000"/>
                <w:sz w:val="15"/>
              </w:rPr>
              <w:t>Completed by</w:t>
            </w:r>
          </w:p>
        </w:tc>
        <w:tc>
          <w:tcPr>
            <w:tcW w:w="8634" w:type="dxa"/>
            <w:tcMar>
              <w:top w:w="55" w:type="dxa"/>
              <w:left w:w="70" w:type="dxa"/>
              <w:bottom w:w="55" w:type="dxa"/>
              <w:right w:w="70" w:type="dxa"/>
            </w:tcMar>
          </w:tcPr>
          <w:p w14:paraId="2E33E3FD" w14:textId="77777777" w:rsidR="00F56B00" w:rsidRDefault="00F24F33">
            <w:pPr>
              <w:spacing w:after="0"/>
              <w:rPr>
                <w:color w:val="000000"/>
                <w:sz w:val="14"/>
              </w:rPr>
            </w:pPr>
            <w:r>
              <w:rPr>
                <w:color w:val="000000"/>
                <w:sz w:val="14"/>
              </w:rPr>
              <w:t>Name: ______________________________</w:t>
            </w:r>
            <w:r>
              <w:rPr>
                <w:color w:val="000000"/>
                <w:sz w:val="14"/>
              </w:rPr>
              <w:br/>
            </w:r>
            <w:r>
              <w:rPr>
                <w:color w:val="000000"/>
                <w:sz w:val="14"/>
              </w:rPr>
              <w:t>Role / position: _______________________</w:t>
            </w:r>
            <w:r>
              <w:rPr>
                <w:color w:val="000000"/>
                <w:sz w:val="14"/>
              </w:rPr>
              <w:br/>
            </w:r>
          </w:p>
          <w:p w14:paraId="25550518" w14:textId="77777777" w:rsidR="00F56B00" w:rsidRDefault="00F56B00">
            <w:pPr>
              <w:spacing w:after="0"/>
              <w:rPr>
                <w:color w:val="000000"/>
                <w:sz w:val="14"/>
              </w:rPr>
            </w:pPr>
          </w:p>
          <w:p w14:paraId="5A66CBF4" w14:textId="1B2CEB8B" w:rsidR="00A042AD" w:rsidRDefault="00F24F33">
            <w:pPr>
              <w:spacing w:after="0"/>
            </w:pPr>
            <w:r>
              <w:rPr>
                <w:color w:val="000000"/>
                <w:sz w:val="14"/>
              </w:rPr>
              <w:t>S</w:t>
            </w:r>
            <w:r>
              <w:rPr>
                <w:color w:val="000000"/>
                <w:sz w:val="14"/>
              </w:rPr>
              <w:t>ignature: ____________________________   Date: _______________</w:t>
            </w:r>
          </w:p>
        </w:tc>
      </w:tr>
      <w:tr w:rsidR="00A042AD" w14:paraId="5B818841" w14:textId="77777777" w:rsidTr="00F56B00">
        <w:trPr>
          <w:trHeight w:val="914"/>
          <w:jc w:val="center"/>
        </w:trPr>
        <w:tc>
          <w:tcPr>
            <w:tcW w:w="2544" w:type="dxa"/>
            <w:shd w:val="clear" w:color="auto" w:fill="DCECF7"/>
            <w:tcMar>
              <w:top w:w="55" w:type="dxa"/>
              <w:left w:w="70" w:type="dxa"/>
              <w:bottom w:w="55" w:type="dxa"/>
              <w:right w:w="70" w:type="dxa"/>
            </w:tcMar>
          </w:tcPr>
          <w:p w14:paraId="24CACC36" w14:textId="77777777" w:rsidR="00A042AD" w:rsidRDefault="00F24F33">
            <w:pPr>
              <w:spacing w:after="0"/>
            </w:pPr>
            <w:r>
              <w:rPr>
                <w:b/>
                <w:color w:val="000000"/>
                <w:sz w:val="15"/>
              </w:rPr>
              <w:t>Acknowledgement / signatures</w:t>
            </w:r>
            <w:r>
              <w:rPr>
                <w:b/>
                <w:color w:val="000000"/>
                <w:sz w:val="15"/>
              </w:rPr>
              <w:br/>
              <w:t>(where appropriate)</w:t>
            </w:r>
          </w:p>
        </w:tc>
        <w:tc>
          <w:tcPr>
            <w:tcW w:w="8634" w:type="dxa"/>
            <w:tcMar>
              <w:top w:w="55" w:type="dxa"/>
              <w:left w:w="70" w:type="dxa"/>
              <w:bottom w:w="55" w:type="dxa"/>
              <w:right w:w="70" w:type="dxa"/>
            </w:tcMar>
          </w:tcPr>
          <w:p w14:paraId="039874EE" w14:textId="77777777" w:rsidR="00F56B00" w:rsidRDefault="00F24F33">
            <w:pPr>
              <w:spacing w:after="0"/>
              <w:rPr>
                <w:color w:val="000000"/>
                <w:sz w:val="14"/>
              </w:rPr>
            </w:pPr>
            <w:r>
              <w:rPr>
                <w:color w:val="000000"/>
                <w:sz w:val="14"/>
              </w:rPr>
              <w:t>Complainant: __________________________   Date: _______________</w:t>
            </w:r>
            <w:r>
              <w:rPr>
                <w:color w:val="000000"/>
                <w:sz w:val="14"/>
              </w:rPr>
              <w:br/>
            </w:r>
          </w:p>
          <w:p w14:paraId="1309013F" w14:textId="0DF17815" w:rsidR="00A042AD" w:rsidRDefault="00F24F33">
            <w:pPr>
              <w:spacing w:after="0"/>
            </w:pPr>
            <w:r>
              <w:rPr>
                <w:color w:val="000000"/>
                <w:sz w:val="14"/>
              </w:rPr>
              <w:t>Respondent: ___________________________   Date: _______________</w:t>
            </w:r>
            <w:r>
              <w:rPr>
                <w:color w:val="000000"/>
                <w:sz w:val="14"/>
              </w:rPr>
              <w:br/>
              <w:t>Note: a signature acknowledges receipt or discussion of the record; it does not necessarily indicate agreement with its contents.</w:t>
            </w:r>
          </w:p>
        </w:tc>
      </w:tr>
    </w:tbl>
    <w:p w14:paraId="13551290" w14:textId="77777777" w:rsidR="00A042AD" w:rsidRDefault="00F24F33">
      <w:pPr>
        <w:spacing w:before="100" w:after="40"/>
      </w:pPr>
      <w:r>
        <w:rPr>
          <w:b/>
          <w:sz w:val="15"/>
        </w:rPr>
        <w:t xml:space="preserve">Record keeping: </w:t>
      </w:r>
      <w:r>
        <w:rPr>
          <w:sz w:val="15"/>
        </w:rPr>
        <w:t>This record and any associated notes or evidence must be stored securely and confidentially. Safeguarding concerns should be managed in accordance with Scottish Touch safeguarding procedures and referred to the appropriate statutory authority where required. Retention and disclosure should follow Scottish Touch data-protection and records-management requirements.</w:t>
      </w:r>
    </w:p>
    <w:p w14:paraId="41B5D5D6" w14:textId="77777777" w:rsidR="00A042AD" w:rsidRDefault="00F24F33">
      <w:pPr>
        <w:spacing w:after="0"/>
      </w:pPr>
      <w:r>
        <w:rPr>
          <w:b/>
          <w:sz w:val="15"/>
        </w:rPr>
        <w:t xml:space="preserve">Important: </w:t>
      </w:r>
      <w:r>
        <w:rPr>
          <w:sz w:val="15"/>
        </w:rPr>
        <w:t>This form records information; it does not replace the need to take immediate action where someone may be at risk of harm.</w:t>
      </w:r>
    </w:p>
    <w:sectPr w:rsidR="00A042AD" w:rsidSect="00034616">
      <w:footerReference w:type="default" r:id="rId9"/>
      <w:pgSz w:w="12240" w:h="15840"/>
      <w:pgMar w:top="403" w:right="547" w:bottom="504" w:left="5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A415D" w14:textId="77777777" w:rsidR="00F24F33" w:rsidRDefault="00F24F33">
      <w:pPr>
        <w:spacing w:after="0" w:line="240" w:lineRule="auto"/>
      </w:pPr>
      <w:r>
        <w:separator/>
      </w:r>
    </w:p>
  </w:endnote>
  <w:endnote w:type="continuationSeparator" w:id="0">
    <w:p w14:paraId="7300A2CA" w14:textId="77777777" w:rsidR="00F24F33" w:rsidRDefault="00F24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7ECA" w14:textId="77777777" w:rsidR="00A042AD" w:rsidRDefault="00F24F33">
    <w:pPr>
      <w:pStyle w:val="Footer"/>
      <w:jc w:val="center"/>
    </w:pPr>
    <w:r>
      <w:rPr>
        <w:color w:val="4D5663"/>
        <w:sz w:val="14"/>
      </w:rPr>
      <w:t>Scottish Touch | Report an Incident, Complaint or Safeguarding Concern | Confidential Record | 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619C" w14:textId="77777777" w:rsidR="00F24F33" w:rsidRDefault="00F24F33">
      <w:pPr>
        <w:spacing w:after="0" w:line="240" w:lineRule="auto"/>
      </w:pPr>
      <w:r>
        <w:separator/>
      </w:r>
    </w:p>
  </w:footnote>
  <w:footnote w:type="continuationSeparator" w:id="0">
    <w:p w14:paraId="3D480643" w14:textId="77777777" w:rsidR="00F24F33" w:rsidRDefault="00F24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5633110">
    <w:abstractNumId w:val="8"/>
  </w:num>
  <w:num w:numId="2" w16cid:durableId="1434740763">
    <w:abstractNumId w:val="6"/>
  </w:num>
  <w:num w:numId="3" w16cid:durableId="2139489143">
    <w:abstractNumId w:val="5"/>
  </w:num>
  <w:num w:numId="4" w16cid:durableId="1719814315">
    <w:abstractNumId w:val="4"/>
  </w:num>
  <w:num w:numId="5" w16cid:durableId="1222402036">
    <w:abstractNumId w:val="7"/>
  </w:num>
  <w:num w:numId="6" w16cid:durableId="446700485">
    <w:abstractNumId w:val="3"/>
  </w:num>
  <w:num w:numId="7" w16cid:durableId="43215135">
    <w:abstractNumId w:val="2"/>
  </w:num>
  <w:num w:numId="8" w16cid:durableId="923806339">
    <w:abstractNumId w:val="1"/>
  </w:num>
  <w:num w:numId="9" w16cid:durableId="831720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E88"/>
    <w:rsid w:val="000D570C"/>
    <w:rsid w:val="0015074B"/>
    <w:rsid w:val="0029639D"/>
    <w:rsid w:val="00326F90"/>
    <w:rsid w:val="00490380"/>
    <w:rsid w:val="00925201"/>
    <w:rsid w:val="00A042AD"/>
    <w:rsid w:val="00AA1D8D"/>
    <w:rsid w:val="00B47730"/>
    <w:rsid w:val="00C60258"/>
    <w:rsid w:val="00CB0664"/>
    <w:rsid w:val="00CE1F1A"/>
    <w:rsid w:val="00E0703D"/>
    <w:rsid w:val="00F24F33"/>
    <w:rsid w:val="00F56B00"/>
    <w:rsid w:val="00FC5C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9020A2"/>
  <w14:defaultImageDpi w14:val="300"/>
  <w15:docId w15:val="{AF62563C-6724-4B4D-8392-7D614BEE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pPr>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9</cp:revision>
  <dcterms:created xsi:type="dcterms:W3CDTF">2026-09-17T21:36:00Z</dcterms:created>
  <dcterms:modified xsi:type="dcterms:W3CDTF">2026-09-17T21:42:00Z</dcterms:modified>
  <cp:category/>
</cp:coreProperties>
</file>