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B7FA3" w14:textId="77777777" w:rsidR="00F3060B" w:rsidRPr="0054464A" w:rsidRDefault="0064180F">
      <w:pPr>
        <w:spacing w:after="140"/>
        <w:jc w:val="center"/>
      </w:pPr>
      <w:r w:rsidRPr="0054464A">
        <w:drawing>
          <wp:inline distT="0" distB="0" distL="0" distR="0" wp14:anchorId="478540B5" wp14:editId="5E10297B">
            <wp:extent cx="6537960" cy="8230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_policy_banner.png"/>
                    <pic:cNvPicPr/>
                  </pic:nvPicPr>
                  <pic:blipFill>
                    <a:blip r:embed="rId8"/>
                    <a:stretch>
                      <a:fillRect/>
                    </a:stretch>
                  </pic:blipFill>
                  <pic:spPr>
                    <a:xfrm>
                      <a:off x="0" y="0"/>
                      <a:ext cx="6537960" cy="823014"/>
                    </a:xfrm>
                    <a:prstGeom prst="rect">
                      <a:avLst/>
                    </a:prstGeom>
                  </pic:spPr>
                </pic:pic>
              </a:graphicData>
            </a:graphic>
          </wp:inline>
        </w:drawing>
      </w:r>
    </w:p>
    <w:p w14:paraId="01BC8BED" w14:textId="77777777" w:rsidR="00F3060B" w:rsidRPr="0054464A" w:rsidRDefault="0064180F">
      <w:pPr>
        <w:spacing w:after="180"/>
        <w:jc w:val="center"/>
      </w:pPr>
      <w:r w:rsidRPr="0054464A">
        <w:rPr>
          <w:b/>
          <w:sz w:val="34"/>
        </w:rPr>
        <w:t>Photography, Video &amp; Imagery Policy</w:t>
      </w:r>
    </w:p>
    <w:tbl>
      <w:tblPr>
        <w:tblW w:w="0" w:type="auto"/>
        <w:jc w:val="center"/>
        <w:tblBorders>
          <w:top w:val="single" w:sz="5" w:space="0" w:color="C7C7C7"/>
          <w:left w:val="single" w:sz="5" w:space="0" w:color="C7C7C7"/>
          <w:bottom w:val="single" w:sz="5" w:space="0" w:color="C7C7C7"/>
          <w:right w:val="single" w:sz="5" w:space="0" w:color="C7C7C7"/>
          <w:insideH w:val="single" w:sz="5" w:space="0" w:color="C7C7C7"/>
          <w:insideV w:val="single" w:sz="5" w:space="0" w:color="C7C7C7"/>
        </w:tblBorders>
        <w:tblLook w:val="04A0" w:firstRow="1" w:lastRow="0" w:firstColumn="1" w:lastColumn="0" w:noHBand="0" w:noVBand="1"/>
      </w:tblPr>
      <w:tblGrid>
        <w:gridCol w:w="4389"/>
        <w:gridCol w:w="5951"/>
      </w:tblGrid>
      <w:tr w:rsidR="00F3060B" w:rsidRPr="0054464A" w14:paraId="64445A6A" w14:textId="77777777" w:rsidTr="00D236A9">
        <w:trPr>
          <w:jc w:val="center"/>
        </w:trPr>
        <w:tc>
          <w:tcPr>
            <w:tcW w:w="4389" w:type="dxa"/>
            <w:shd w:val="clear" w:color="auto" w:fill="F2F2F2"/>
            <w:tcMar>
              <w:top w:w="70" w:type="dxa"/>
              <w:left w:w="90" w:type="dxa"/>
              <w:bottom w:w="70" w:type="dxa"/>
              <w:right w:w="90" w:type="dxa"/>
            </w:tcMar>
          </w:tcPr>
          <w:p w14:paraId="3950B261" w14:textId="77777777" w:rsidR="00F3060B" w:rsidRPr="0054464A" w:rsidRDefault="0064180F">
            <w:pPr>
              <w:spacing w:after="0"/>
            </w:pPr>
            <w:r w:rsidRPr="0054464A">
              <w:rPr>
                <w:b/>
                <w:sz w:val="18"/>
              </w:rPr>
              <w:t>Policy owner</w:t>
            </w:r>
          </w:p>
        </w:tc>
        <w:tc>
          <w:tcPr>
            <w:tcW w:w="5951" w:type="dxa"/>
            <w:tcMar>
              <w:top w:w="70" w:type="dxa"/>
              <w:left w:w="90" w:type="dxa"/>
              <w:bottom w:w="70" w:type="dxa"/>
              <w:right w:w="90" w:type="dxa"/>
            </w:tcMar>
          </w:tcPr>
          <w:p w14:paraId="67D7FE51" w14:textId="77777777" w:rsidR="00F3060B" w:rsidRPr="0054464A" w:rsidRDefault="0064180F">
            <w:pPr>
              <w:spacing w:after="0"/>
            </w:pPr>
            <w:r w:rsidRPr="0054464A">
              <w:rPr>
                <w:sz w:val="18"/>
              </w:rPr>
              <w:t>Scottish Touch Board / Safeguarding Lead</w:t>
            </w:r>
          </w:p>
        </w:tc>
      </w:tr>
      <w:tr w:rsidR="00F3060B" w:rsidRPr="0054464A" w14:paraId="3C387A95" w14:textId="77777777" w:rsidTr="00D236A9">
        <w:trPr>
          <w:jc w:val="center"/>
        </w:trPr>
        <w:tc>
          <w:tcPr>
            <w:tcW w:w="4389" w:type="dxa"/>
            <w:shd w:val="clear" w:color="auto" w:fill="F2F2F2"/>
            <w:tcMar>
              <w:top w:w="70" w:type="dxa"/>
              <w:left w:w="90" w:type="dxa"/>
              <w:bottom w:w="70" w:type="dxa"/>
              <w:right w:w="90" w:type="dxa"/>
            </w:tcMar>
          </w:tcPr>
          <w:p w14:paraId="2D4D916A" w14:textId="77777777" w:rsidR="00F3060B" w:rsidRPr="0054464A" w:rsidRDefault="0064180F">
            <w:pPr>
              <w:spacing w:after="0"/>
            </w:pPr>
            <w:r w:rsidRPr="0054464A">
              <w:rPr>
                <w:b/>
                <w:sz w:val="18"/>
              </w:rPr>
              <w:t>Applies to</w:t>
            </w:r>
          </w:p>
        </w:tc>
        <w:tc>
          <w:tcPr>
            <w:tcW w:w="5951" w:type="dxa"/>
            <w:tcMar>
              <w:top w:w="70" w:type="dxa"/>
              <w:left w:w="90" w:type="dxa"/>
              <w:bottom w:w="70" w:type="dxa"/>
              <w:right w:w="90" w:type="dxa"/>
            </w:tcMar>
          </w:tcPr>
          <w:p w14:paraId="13D0617B" w14:textId="77777777" w:rsidR="00F3060B" w:rsidRPr="0054464A" w:rsidRDefault="0064180F">
            <w:pPr>
              <w:spacing w:after="0"/>
            </w:pPr>
            <w:r w:rsidRPr="0054464A">
              <w:rPr>
                <w:sz w:val="18"/>
              </w:rPr>
              <w:t>Scottish Touch activities, teams, squads, Academy, regions, events and official Scottish Touch channels</w:t>
            </w:r>
          </w:p>
        </w:tc>
      </w:tr>
      <w:tr w:rsidR="00F3060B" w:rsidRPr="0054464A" w14:paraId="1F84C99E" w14:textId="77777777" w:rsidTr="00D236A9">
        <w:trPr>
          <w:jc w:val="center"/>
        </w:trPr>
        <w:tc>
          <w:tcPr>
            <w:tcW w:w="4389" w:type="dxa"/>
            <w:shd w:val="clear" w:color="auto" w:fill="F2F2F2"/>
            <w:tcMar>
              <w:top w:w="70" w:type="dxa"/>
              <w:left w:w="90" w:type="dxa"/>
              <w:bottom w:w="70" w:type="dxa"/>
              <w:right w:w="90" w:type="dxa"/>
            </w:tcMar>
          </w:tcPr>
          <w:p w14:paraId="5DC38A3B" w14:textId="77777777" w:rsidR="00F3060B" w:rsidRPr="0054464A" w:rsidRDefault="0064180F">
            <w:pPr>
              <w:spacing w:after="0"/>
            </w:pPr>
            <w:r w:rsidRPr="0054464A">
              <w:rPr>
                <w:b/>
                <w:sz w:val="18"/>
              </w:rPr>
              <w:t>Status</w:t>
            </w:r>
          </w:p>
        </w:tc>
        <w:tc>
          <w:tcPr>
            <w:tcW w:w="5951" w:type="dxa"/>
            <w:tcMar>
              <w:top w:w="70" w:type="dxa"/>
              <w:left w:w="90" w:type="dxa"/>
              <w:bottom w:w="70" w:type="dxa"/>
              <w:right w:w="90" w:type="dxa"/>
            </w:tcMar>
          </w:tcPr>
          <w:p w14:paraId="319AED0D" w14:textId="77777777" w:rsidR="00F3060B" w:rsidRPr="0054464A" w:rsidRDefault="0064180F">
            <w:pPr>
              <w:spacing w:after="0"/>
            </w:pPr>
            <w:r w:rsidRPr="0054464A">
              <w:rPr>
                <w:sz w:val="18"/>
              </w:rPr>
              <w:t>Draft for Board approval</w:t>
            </w:r>
          </w:p>
        </w:tc>
      </w:tr>
      <w:tr w:rsidR="00F3060B" w:rsidRPr="0054464A" w14:paraId="6E9D5BC7" w14:textId="77777777" w:rsidTr="00D236A9">
        <w:trPr>
          <w:jc w:val="center"/>
        </w:trPr>
        <w:tc>
          <w:tcPr>
            <w:tcW w:w="4389" w:type="dxa"/>
            <w:shd w:val="clear" w:color="auto" w:fill="F2F2F2"/>
            <w:tcMar>
              <w:top w:w="70" w:type="dxa"/>
              <w:left w:w="90" w:type="dxa"/>
              <w:bottom w:w="70" w:type="dxa"/>
              <w:right w:w="90" w:type="dxa"/>
            </w:tcMar>
          </w:tcPr>
          <w:p w14:paraId="44376739" w14:textId="77777777" w:rsidR="00F3060B" w:rsidRPr="0054464A" w:rsidRDefault="0064180F">
            <w:pPr>
              <w:spacing w:after="0"/>
            </w:pPr>
            <w:r w:rsidRPr="0054464A">
              <w:rPr>
                <w:b/>
                <w:sz w:val="18"/>
              </w:rPr>
              <w:t>Primary safeguarding contact</w:t>
            </w:r>
          </w:p>
        </w:tc>
        <w:tc>
          <w:tcPr>
            <w:tcW w:w="5951" w:type="dxa"/>
            <w:tcMar>
              <w:top w:w="70" w:type="dxa"/>
              <w:left w:w="90" w:type="dxa"/>
              <w:bottom w:w="70" w:type="dxa"/>
              <w:right w:w="90" w:type="dxa"/>
            </w:tcMar>
          </w:tcPr>
          <w:p w14:paraId="1C7FD1B9" w14:textId="77777777" w:rsidR="00F3060B" w:rsidRPr="0054464A" w:rsidRDefault="0064180F">
            <w:pPr>
              <w:spacing w:after="0"/>
            </w:pPr>
            <w:r w:rsidRPr="0054464A">
              <w:rPr>
                <w:sz w:val="18"/>
              </w:rPr>
              <w:t xml:space="preserve">Viv Mathieson | </w:t>
            </w:r>
            <w:proofErr w:type="spellStart"/>
            <w:r w:rsidRPr="0054464A">
              <w:rPr>
                <w:sz w:val="18"/>
              </w:rPr>
              <w:t>safeguarding@touch.scot</w:t>
            </w:r>
            <w:proofErr w:type="spellEnd"/>
            <w:r w:rsidRPr="0054464A">
              <w:rPr>
                <w:sz w:val="18"/>
              </w:rPr>
              <w:t xml:space="preserve"> | 07814 468071</w:t>
            </w:r>
          </w:p>
        </w:tc>
      </w:tr>
      <w:tr w:rsidR="00F3060B" w:rsidRPr="0054464A" w14:paraId="68EC396F" w14:textId="77777777" w:rsidTr="00D236A9">
        <w:trPr>
          <w:jc w:val="center"/>
        </w:trPr>
        <w:tc>
          <w:tcPr>
            <w:tcW w:w="4389" w:type="dxa"/>
            <w:shd w:val="clear" w:color="auto" w:fill="F2F2F2"/>
            <w:tcMar>
              <w:top w:w="70" w:type="dxa"/>
              <w:left w:w="90" w:type="dxa"/>
              <w:bottom w:w="70" w:type="dxa"/>
              <w:right w:w="90" w:type="dxa"/>
            </w:tcMar>
          </w:tcPr>
          <w:p w14:paraId="25D6DCA0" w14:textId="77777777" w:rsidR="00F3060B" w:rsidRPr="0054464A" w:rsidRDefault="0064180F">
            <w:pPr>
              <w:spacing w:after="0"/>
            </w:pPr>
            <w:r w:rsidRPr="0054464A">
              <w:rPr>
                <w:b/>
                <w:sz w:val="18"/>
              </w:rPr>
              <w:t>Related framework</w:t>
            </w:r>
          </w:p>
        </w:tc>
        <w:tc>
          <w:tcPr>
            <w:tcW w:w="5951" w:type="dxa"/>
            <w:tcMar>
              <w:top w:w="70" w:type="dxa"/>
              <w:left w:w="90" w:type="dxa"/>
              <w:bottom w:w="70" w:type="dxa"/>
              <w:right w:w="90" w:type="dxa"/>
            </w:tcMar>
          </w:tcPr>
          <w:p w14:paraId="3EDABF5D" w14:textId="77777777" w:rsidR="00F3060B" w:rsidRPr="0054464A" w:rsidRDefault="0064180F">
            <w:pPr>
              <w:spacing w:after="0"/>
            </w:pPr>
            <w:r w:rsidRPr="0054464A">
              <w:rPr>
                <w:sz w:val="18"/>
              </w:rPr>
              <w:t xml:space="preserve">Child Protection / Safeguarding Policy; </w:t>
            </w:r>
            <w:proofErr w:type="gramStart"/>
            <w:r w:rsidRPr="0054464A">
              <w:rPr>
                <w:sz w:val="18"/>
              </w:rPr>
              <w:t>Social Media</w:t>
            </w:r>
            <w:proofErr w:type="gramEnd"/>
            <w:r w:rsidRPr="0054464A">
              <w:rPr>
                <w:sz w:val="18"/>
              </w:rPr>
              <w:t xml:space="preserve"> &amp; Digital Communications Policy; Data Protection Policy; Safe in Care guidance; relevant participant consent/registration processes</w:t>
            </w:r>
          </w:p>
        </w:tc>
      </w:tr>
    </w:tbl>
    <w:p w14:paraId="496451AF" w14:textId="77777777" w:rsidR="00F3060B" w:rsidRPr="0054464A" w:rsidRDefault="0064180F">
      <w:pPr>
        <w:pStyle w:val="Heading1"/>
      </w:pPr>
      <w:r w:rsidRPr="0054464A">
        <w:t>Purpose and scope</w:t>
      </w:r>
    </w:p>
    <w:p w14:paraId="289E71CE" w14:textId="77777777" w:rsidR="00F3060B" w:rsidRPr="0054464A" w:rsidRDefault="0064180F">
      <w:r w:rsidRPr="0054464A">
        <w:t>Photography and video are a normal and valuable part of Touch. They may be used to support coaching and performance analysis, record participation and achievement, promote Scottish Touch, communicate with the Touch community and provide appropriate media coverage of events.</w:t>
      </w:r>
    </w:p>
    <w:p w14:paraId="6180AD65" w14:textId="77777777" w:rsidR="00F3060B" w:rsidRPr="0054464A" w:rsidRDefault="0064180F">
      <w:r w:rsidRPr="0054464A">
        <w:t>Scottish Touch also recognises that images and video can create privacy and safeguarding risks, particularly for children and young people. This policy sets out how Scottish Touch will take, store, use and publish photography, video and other identifiable imagery in a safe, respectful and proportionate way.</w:t>
      </w:r>
    </w:p>
    <w:p w14:paraId="2088F96C" w14:textId="77777777" w:rsidR="00F3060B" w:rsidRPr="0054464A" w:rsidRDefault="0064180F">
      <w:r w:rsidRPr="0054464A">
        <w:t>The policy applies to Scottish Touch-controlled photography and filming and to people acting on behalf of Scottish Touch. It also sets expectations for clubs, regions, coaches, team managers, volunteers, players, parents/carers, spectators and accredited media at Scottish Touch activities.</w:t>
      </w:r>
    </w:p>
    <w:tbl>
      <w:tblPr>
        <w:tblW w:w="0" w:type="auto"/>
        <w:jc w:val="center"/>
        <w:tblBorders>
          <w:top w:val="single" w:sz="8" w:space="0" w:color="083B68"/>
          <w:left w:val="single" w:sz="8" w:space="0" w:color="083B68"/>
          <w:bottom w:val="single" w:sz="8" w:space="0" w:color="083B68"/>
          <w:right w:val="single" w:sz="8" w:space="0" w:color="083B68"/>
          <w:insideH w:val="single" w:sz="8" w:space="0" w:color="083B68"/>
          <w:insideV w:val="single" w:sz="8" w:space="0" w:color="083B68"/>
        </w:tblBorders>
        <w:tblLook w:val="04A0" w:firstRow="1" w:lastRow="0" w:firstColumn="1" w:lastColumn="0" w:noHBand="0" w:noVBand="1"/>
      </w:tblPr>
      <w:tblGrid>
        <w:gridCol w:w="10340"/>
      </w:tblGrid>
      <w:tr w:rsidR="00F3060B" w:rsidRPr="0054464A" w14:paraId="6A8DB861" w14:textId="77777777">
        <w:trPr>
          <w:jc w:val="center"/>
        </w:trPr>
        <w:tc>
          <w:tcPr>
            <w:tcW w:w="10340" w:type="dxa"/>
            <w:shd w:val="clear" w:color="auto" w:fill="EAF2F8"/>
            <w:tcMar>
              <w:top w:w="85" w:type="dxa"/>
              <w:left w:w="105" w:type="dxa"/>
              <w:bottom w:w="85" w:type="dxa"/>
              <w:right w:w="105" w:type="dxa"/>
            </w:tcMar>
          </w:tcPr>
          <w:p w14:paraId="41D57622" w14:textId="77777777" w:rsidR="00F3060B" w:rsidRPr="0054464A" w:rsidRDefault="0064180F">
            <w:pPr>
              <w:spacing w:after="40"/>
            </w:pPr>
            <w:r w:rsidRPr="0054464A">
              <w:rPr>
                <w:b/>
              </w:rPr>
              <w:t>Core principle</w:t>
            </w:r>
          </w:p>
          <w:p w14:paraId="3521BE49" w14:textId="77777777" w:rsidR="00F3060B" w:rsidRPr="0054464A" w:rsidRDefault="0064180F">
            <w:pPr>
              <w:spacing w:after="0"/>
            </w:pPr>
            <w:r w:rsidRPr="0054464A">
              <w:rPr>
                <w:sz w:val="19"/>
              </w:rPr>
              <w:t>Photography and filming are permitted where there is a legitimate sporting, coaching, communication or promotional purpose and appropriate safeguards are in place. The welfare, dignity, privacy and expressed wishes of the participant come before the value of obtaining or publishing an image.</w:t>
            </w:r>
          </w:p>
        </w:tc>
      </w:tr>
    </w:tbl>
    <w:p w14:paraId="59E7547A" w14:textId="77777777" w:rsidR="00F3060B" w:rsidRPr="0054464A" w:rsidRDefault="0064180F">
      <w:pPr>
        <w:pStyle w:val="Heading1"/>
      </w:pPr>
      <w:r w:rsidRPr="0054464A">
        <w:t>1. Types of photography and video</w:t>
      </w:r>
    </w:p>
    <w:p w14:paraId="1AA0B419" w14:textId="77777777" w:rsidR="00F3060B" w:rsidRPr="0054464A" w:rsidRDefault="0064180F">
      <w:r w:rsidRPr="0054464A">
        <w:t>Scottish Touch distinguishes between different purposes because the safeguards and permissions may differ:</w:t>
      </w:r>
    </w:p>
    <w:p w14:paraId="2229EC84" w14:textId="77777777" w:rsidR="00F3060B" w:rsidRPr="0054464A" w:rsidRDefault="0064180F">
      <w:pPr>
        <w:spacing w:after="48"/>
        <w:ind w:left="346" w:hanging="259"/>
      </w:pPr>
      <w:proofErr w:type="gramStart"/>
      <w:r w:rsidRPr="0054464A">
        <w:rPr>
          <w:sz w:val="19"/>
        </w:rPr>
        <w:t>●  Coaching</w:t>
      </w:r>
      <w:proofErr w:type="gramEnd"/>
      <w:r w:rsidRPr="0054464A">
        <w:rPr>
          <w:sz w:val="19"/>
        </w:rPr>
        <w:t xml:space="preserve"> and performance analysis - footage used to review skills, tactics, movement, team performance or player development.</w:t>
      </w:r>
    </w:p>
    <w:p w14:paraId="3D6337BB" w14:textId="77777777" w:rsidR="00F3060B" w:rsidRPr="0054464A" w:rsidRDefault="0064180F">
      <w:pPr>
        <w:spacing w:after="48"/>
        <w:ind w:left="346" w:hanging="259"/>
      </w:pPr>
      <w:proofErr w:type="gramStart"/>
      <w:r w:rsidRPr="0054464A">
        <w:rPr>
          <w:sz w:val="19"/>
        </w:rPr>
        <w:t>●  Official</w:t>
      </w:r>
      <w:proofErr w:type="gramEnd"/>
      <w:r w:rsidRPr="0054464A">
        <w:rPr>
          <w:sz w:val="19"/>
        </w:rPr>
        <w:t xml:space="preserve"> publicity and promotion - images or video used on Scottish Touch websites, social media, publications, presentations, recruitment material or other official communications.</w:t>
      </w:r>
    </w:p>
    <w:p w14:paraId="225DC81E" w14:textId="77777777" w:rsidR="00F3060B" w:rsidRPr="0054464A" w:rsidRDefault="0064180F">
      <w:pPr>
        <w:spacing w:after="48"/>
        <w:ind w:left="346" w:hanging="259"/>
      </w:pPr>
      <w:proofErr w:type="gramStart"/>
      <w:r w:rsidRPr="0054464A">
        <w:rPr>
          <w:sz w:val="19"/>
        </w:rPr>
        <w:t>●  Event</w:t>
      </w:r>
      <w:proofErr w:type="gramEnd"/>
      <w:r w:rsidRPr="0054464A">
        <w:rPr>
          <w:sz w:val="19"/>
        </w:rPr>
        <w:t xml:space="preserve"> and competition coverage - photography, filming or broadcasting by Scottish Touch, event organisers, accredited photographers, media or broadcasters.</w:t>
      </w:r>
    </w:p>
    <w:p w14:paraId="02D2EFCF" w14:textId="77777777" w:rsidR="00F3060B" w:rsidRPr="0054464A" w:rsidRDefault="0064180F">
      <w:pPr>
        <w:spacing w:after="48"/>
        <w:ind w:left="346" w:hanging="259"/>
      </w:pPr>
      <w:proofErr w:type="gramStart"/>
      <w:r w:rsidRPr="0054464A">
        <w:rPr>
          <w:sz w:val="19"/>
        </w:rPr>
        <w:t>●  Administrative</w:t>
      </w:r>
      <w:proofErr w:type="gramEnd"/>
      <w:r w:rsidRPr="0054464A">
        <w:rPr>
          <w:sz w:val="19"/>
        </w:rPr>
        <w:t xml:space="preserve"> or evidential use - imagery required for an authorised operational purpose, such as identification, incident review or safeguarding, where appropriate.</w:t>
      </w:r>
    </w:p>
    <w:p w14:paraId="7146818F" w14:textId="77777777" w:rsidR="00F3060B" w:rsidRPr="0054464A" w:rsidRDefault="0064180F">
      <w:pPr>
        <w:spacing w:after="48"/>
        <w:ind w:left="346" w:hanging="259"/>
      </w:pPr>
      <w:proofErr w:type="gramStart"/>
      <w:r w:rsidRPr="0054464A">
        <w:rPr>
          <w:sz w:val="19"/>
        </w:rPr>
        <w:t>●  Personal</w:t>
      </w:r>
      <w:proofErr w:type="gramEnd"/>
      <w:r w:rsidRPr="0054464A">
        <w:rPr>
          <w:sz w:val="19"/>
        </w:rPr>
        <w:t xml:space="preserve"> photography - images taken by players, parents/carers, family members, friends or spectators for personal use.</w:t>
      </w:r>
    </w:p>
    <w:p w14:paraId="38E52EFB" w14:textId="77777777" w:rsidR="00F3060B" w:rsidRPr="0054464A" w:rsidRDefault="0064180F">
      <w:pPr>
        <w:pStyle w:val="Heading1"/>
      </w:pPr>
      <w:r w:rsidRPr="0054464A">
        <w:t>2. U18 participants and media permission</w:t>
      </w:r>
    </w:p>
    <w:p w14:paraId="4B483078" w14:textId="77777777" w:rsidR="00F3060B" w:rsidRPr="0054464A" w:rsidRDefault="0064180F">
      <w:r w:rsidRPr="0054464A">
        <w:t>Anyone under 18 remains an U18 participant for safeguarding purposes, including when training or competing with adults. Scottish Touch will use its approved registration/consent process to record the relevant photography and media permissions for U18 participants.</w:t>
      </w:r>
    </w:p>
    <w:p w14:paraId="2B784AE7" w14:textId="77777777" w:rsidR="00F3060B" w:rsidRPr="0054464A" w:rsidRDefault="0064180F">
      <w:r w:rsidRPr="0054464A">
        <w:t xml:space="preserve">Where Scottish Touch asks for media permission, the purpose should be </w:t>
      </w:r>
      <w:proofErr w:type="gramStart"/>
      <w:r w:rsidRPr="0054464A">
        <w:t>clear</w:t>
      </w:r>
      <w:proofErr w:type="gramEnd"/>
      <w:r w:rsidRPr="0054464A">
        <w:t xml:space="preserve"> and choices should be sufficiently specific. </w:t>
      </w:r>
      <w:proofErr w:type="gramStart"/>
      <w:r w:rsidRPr="0054464A">
        <w:t>In particular, Scottish</w:t>
      </w:r>
      <w:proofErr w:type="gramEnd"/>
      <w:r w:rsidRPr="0054464A">
        <w:t xml:space="preserve"> Touch may distinguish between:</w:t>
      </w:r>
    </w:p>
    <w:p w14:paraId="40DE5B8E" w14:textId="77777777" w:rsidR="00F3060B" w:rsidRPr="0054464A" w:rsidRDefault="0064180F">
      <w:pPr>
        <w:spacing w:after="48"/>
        <w:ind w:left="346" w:hanging="259"/>
      </w:pPr>
      <w:proofErr w:type="gramStart"/>
      <w:r w:rsidRPr="0054464A">
        <w:rPr>
          <w:sz w:val="19"/>
        </w:rPr>
        <w:t>●  photography</w:t>
      </w:r>
      <w:proofErr w:type="gramEnd"/>
      <w:r w:rsidRPr="0054464A">
        <w:rPr>
          <w:sz w:val="19"/>
        </w:rPr>
        <w:t>/video recorded and used for coaching, technical analysis and player development;</w:t>
      </w:r>
    </w:p>
    <w:p w14:paraId="2D6B360C" w14:textId="77777777" w:rsidR="00F3060B" w:rsidRPr="0054464A" w:rsidRDefault="0064180F">
      <w:pPr>
        <w:spacing w:after="48"/>
        <w:ind w:left="346" w:hanging="259"/>
      </w:pPr>
      <w:proofErr w:type="gramStart"/>
      <w:r w:rsidRPr="0054464A">
        <w:rPr>
          <w:sz w:val="19"/>
        </w:rPr>
        <w:t>●  photography</w:t>
      </w:r>
      <w:proofErr w:type="gramEnd"/>
      <w:r w:rsidRPr="0054464A">
        <w:rPr>
          <w:sz w:val="19"/>
        </w:rPr>
        <w:t>/video used for publicity and promotion, including Scottish Touch websites and social media.</w:t>
      </w:r>
    </w:p>
    <w:p w14:paraId="05052D93" w14:textId="77777777" w:rsidR="00F3060B" w:rsidRPr="0054464A" w:rsidRDefault="0064180F">
      <w:r w:rsidRPr="0054464A">
        <w:t>These choices should not be bundled unnecessarily. Declining publicity/media permission should not, by itself, prevent a player from taking part in Scottish Touch activity.</w:t>
      </w:r>
    </w:p>
    <w:p w14:paraId="32B21142" w14:textId="77777777" w:rsidR="00F3060B" w:rsidRPr="0054464A" w:rsidRDefault="0064180F">
      <w:r w:rsidRPr="0054464A">
        <w:t>The views of the young person should also be respected. A photograph or video should not be taken or used simply because parental/carer permission exists where the young person is clearly uncomfortable or objects.</w:t>
      </w:r>
    </w:p>
    <w:p w14:paraId="744CD4EF" w14:textId="77777777" w:rsidR="00F3060B" w:rsidRPr="0054464A" w:rsidRDefault="0064180F">
      <w:r w:rsidRPr="0054464A">
        <w:lastRenderedPageBreak/>
        <w:t>Media permission recorded through a Scottish Touch form is an operational permission and safeguarding control. The lawful basis used by Scottish Touch for processing personal data is determined under its Data Protection Policy and applicable data-protection law; the word 'consent' on a participation form should not be assumed automatically to determine the UK GDPR lawful basis.</w:t>
      </w:r>
    </w:p>
    <w:p w14:paraId="00625EBB" w14:textId="77777777" w:rsidR="0054464A" w:rsidRPr="006A0570" w:rsidRDefault="0054464A">
      <w:pPr>
        <w:pStyle w:val="Heading1"/>
        <w:rPr>
          <w:sz w:val="12"/>
          <w:szCs w:val="16"/>
        </w:rPr>
      </w:pPr>
    </w:p>
    <w:p w14:paraId="4291CB5C" w14:textId="5625BA21" w:rsidR="00F3060B" w:rsidRPr="0054464A" w:rsidRDefault="0064180F">
      <w:pPr>
        <w:pStyle w:val="Heading1"/>
      </w:pPr>
      <w:r w:rsidRPr="0054464A">
        <w:t>3. Checking permission before official use</w:t>
      </w:r>
    </w:p>
    <w:p w14:paraId="6E33700C" w14:textId="77777777" w:rsidR="00F3060B" w:rsidRPr="0054464A" w:rsidRDefault="0064180F">
      <w:r w:rsidRPr="0054464A">
        <w:t>Before publishing identifiable images or video of an U18 through a Scottish Touch-controlled channel:</w:t>
      </w:r>
    </w:p>
    <w:p w14:paraId="465E5E37" w14:textId="77777777" w:rsidR="00F3060B" w:rsidRPr="0054464A" w:rsidRDefault="0064180F">
      <w:pPr>
        <w:spacing w:after="48"/>
        <w:ind w:left="346" w:hanging="259"/>
      </w:pPr>
      <w:proofErr w:type="gramStart"/>
      <w:r w:rsidRPr="0054464A">
        <w:rPr>
          <w:sz w:val="19"/>
        </w:rPr>
        <w:t>●  the</w:t>
      </w:r>
      <w:proofErr w:type="gramEnd"/>
      <w:r w:rsidRPr="0054464A">
        <w:rPr>
          <w:sz w:val="19"/>
        </w:rPr>
        <w:t xml:space="preserve"> authorised media lead, Team Manager or other responsible person should be able to confirm the participant's current media permission;</w:t>
      </w:r>
    </w:p>
    <w:p w14:paraId="2D514683" w14:textId="77777777" w:rsidR="00F3060B" w:rsidRPr="0054464A" w:rsidRDefault="0064180F">
      <w:pPr>
        <w:spacing w:after="48"/>
        <w:ind w:left="346" w:hanging="259"/>
      </w:pPr>
      <w:proofErr w:type="gramStart"/>
      <w:r w:rsidRPr="0054464A">
        <w:rPr>
          <w:sz w:val="19"/>
        </w:rPr>
        <w:t>●  reasonable</w:t>
      </w:r>
      <w:proofErr w:type="gramEnd"/>
      <w:r w:rsidRPr="0054464A">
        <w:rPr>
          <w:sz w:val="19"/>
        </w:rPr>
        <w:t xml:space="preserve"> steps must be taken not to publish an identifiable image where publicity/media permission has been declined;</w:t>
      </w:r>
    </w:p>
    <w:p w14:paraId="220AE3F6" w14:textId="77777777" w:rsidR="00F3060B" w:rsidRPr="0054464A" w:rsidRDefault="0064180F">
      <w:pPr>
        <w:spacing w:after="48"/>
        <w:ind w:left="346" w:hanging="259"/>
      </w:pPr>
      <w:proofErr w:type="gramStart"/>
      <w:r w:rsidRPr="0054464A">
        <w:rPr>
          <w:sz w:val="19"/>
        </w:rPr>
        <w:t>●  players</w:t>
      </w:r>
      <w:proofErr w:type="gramEnd"/>
      <w:r w:rsidRPr="0054464A">
        <w:rPr>
          <w:sz w:val="19"/>
        </w:rPr>
        <w:t xml:space="preserve"> and parents/carers should not be expected to know or disclose another participant's consent status - that is an organisational responsibility;</w:t>
      </w:r>
    </w:p>
    <w:p w14:paraId="16D81C14" w14:textId="77777777" w:rsidR="00F3060B" w:rsidRPr="0054464A" w:rsidRDefault="0064180F">
      <w:pPr>
        <w:spacing w:after="48"/>
        <w:ind w:left="346" w:hanging="259"/>
      </w:pPr>
      <w:proofErr w:type="gramStart"/>
      <w:r w:rsidRPr="0054464A">
        <w:rPr>
          <w:sz w:val="19"/>
        </w:rPr>
        <w:t>●  where</w:t>
      </w:r>
      <w:proofErr w:type="gramEnd"/>
      <w:r w:rsidRPr="0054464A">
        <w:rPr>
          <w:sz w:val="19"/>
        </w:rPr>
        <w:t xml:space="preserve"> consent/permission records are unclear, the image should not be published until the position is checked.</w:t>
      </w:r>
    </w:p>
    <w:p w14:paraId="12CEB305" w14:textId="77777777" w:rsidR="0054464A" w:rsidRPr="006A0570" w:rsidRDefault="0054464A">
      <w:pPr>
        <w:pStyle w:val="Heading1"/>
        <w:rPr>
          <w:sz w:val="12"/>
          <w:szCs w:val="16"/>
        </w:rPr>
      </w:pPr>
    </w:p>
    <w:p w14:paraId="7BB9D838" w14:textId="58D8DE22" w:rsidR="00F3060B" w:rsidRPr="0054464A" w:rsidRDefault="0064180F">
      <w:pPr>
        <w:pStyle w:val="Heading1"/>
      </w:pPr>
      <w:r w:rsidRPr="0054464A">
        <w:t>4. Safe and appropriate images</w:t>
      </w:r>
    </w:p>
    <w:p w14:paraId="23A8DBF3" w14:textId="77777777" w:rsidR="00F3060B" w:rsidRPr="0054464A" w:rsidRDefault="0064180F">
      <w:r w:rsidRPr="0054464A">
        <w:t>Photography and video used by Scottish Touch should:</w:t>
      </w:r>
    </w:p>
    <w:p w14:paraId="200AB9A5" w14:textId="77777777" w:rsidR="00F3060B" w:rsidRPr="0054464A" w:rsidRDefault="0064180F">
      <w:pPr>
        <w:spacing w:after="48"/>
        <w:ind w:left="346" w:hanging="259"/>
      </w:pPr>
      <w:proofErr w:type="gramStart"/>
      <w:r w:rsidRPr="0054464A">
        <w:rPr>
          <w:sz w:val="19"/>
        </w:rPr>
        <w:t>●  show</w:t>
      </w:r>
      <w:proofErr w:type="gramEnd"/>
      <w:r w:rsidRPr="0054464A">
        <w:rPr>
          <w:sz w:val="19"/>
        </w:rPr>
        <w:t xml:space="preserve"> participants in a positive, respectful and appropriate sporting context;</w:t>
      </w:r>
    </w:p>
    <w:p w14:paraId="5680A38A" w14:textId="77777777" w:rsidR="00F3060B" w:rsidRPr="0054464A" w:rsidRDefault="0064180F">
      <w:pPr>
        <w:spacing w:after="48"/>
        <w:ind w:left="346" w:hanging="259"/>
      </w:pPr>
      <w:proofErr w:type="gramStart"/>
      <w:r w:rsidRPr="0054464A">
        <w:rPr>
          <w:sz w:val="19"/>
        </w:rPr>
        <w:t>●  avoid</w:t>
      </w:r>
      <w:proofErr w:type="gramEnd"/>
      <w:r w:rsidRPr="0054464A">
        <w:rPr>
          <w:sz w:val="19"/>
        </w:rPr>
        <w:t xml:space="preserve"> images that could reasonably be considered humiliating, sexualised, exploitative or unnecessarily intrusive;</w:t>
      </w:r>
    </w:p>
    <w:p w14:paraId="200ED29B" w14:textId="77777777" w:rsidR="00F3060B" w:rsidRPr="0054464A" w:rsidRDefault="0064180F">
      <w:pPr>
        <w:spacing w:after="48"/>
        <w:ind w:left="346" w:hanging="259"/>
      </w:pPr>
      <w:proofErr w:type="gramStart"/>
      <w:r w:rsidRPr="0054464A">
        <w:rPr>
          <w:sz w:val="19"/>
        </w:rPr>
        <w:t>●  avoid</w:t>
      </w:r>
      <w:proofErr w:type="gramEnd"/>
      <w:r w:rsidRPr="0054464A">
        <w:rPr>
          <w:sz w:val="19"/>
        </w:rPr>
        <w:t xml:space="preserve"> unnecessary personal information that could increase safeguarding risk, such as a child's home address, school, private contact details, room allocation or detailed travel routine;</w:t>
      </w:r>
    </w:p>
    <w:p w14:paraId="73B2463E" w14:textId="77777777" w:rsidR="00F3060B" w:rsidRPr="0054464A" w:rsidRDefault="0064180F">
      <w:pPr>
        <w:spacing w:after="48"/>
        <w:ind w:left="346" w:hanging="259"/>
      </w:pPr>
      <w:proofErr w:type="gramStart"/>
      <w:r w:rsidRPr="0054464A">
        <w:rPr>
          <w:sz w:val="19"/>
        </w:rPr>
        <w:t>●  where</w:t>
      </w:r>
      <w:proofErr w:type="gramEnd"/>
      <w:r w:rsidRPr="0054464A">
        <w:rPr>
          <w:sz w:val="19"/>
        </w:rPr>
        <w:t xml:space="preserve"> practical, avoid combining a child's full name with information that unnecessarily identifies their exact location or routine;</w:t>
      </w:r>
    </w:p>
    <w:p w14:paraId="193DB2BC" w14:textId="77777777" w:rsidR="00F3060B" w:rsidRPr="0054464A" w:rsidRDefault="0064180F">
      <w:pPr>
        <w:spacing w:after="48"/>
        <w:ind w:left="346" w:hanging="259"/>
      </w:pPr>
      <w:proofErr w:type="gramStart"/>
      <w:r w:rsidRPr="0054464A">
        <w:rPr>
          <w:sz w:val="19"/>
        </w:rPr>
        <w:t>●  be</w:t>
      </w:r>
      <w:proofErr w:type="gramEnd"/>
      <w:r w:rsidRPr="0054464A">
        <w:rPr>
          <w:sz w:val="19"/>
        </w:rPr>
        <w:t xml:space="preserve"> selected with particular care where an image reveals health, disability, welfare or other sensitive information;</w:t>
      </w:r>
    </w:p>
    <w:p w14:paraId="6EFE93A9" w14:textId="77777777" w:rsidR="00F3060B" w:rsidRPr="0054464A" w:rsidRDefault="0064180F">
      <w:pPr>
        <w:spacing w:after="48"/>
        <w:ind w:left="346" w:hanging="259"/>
      </w:pPr>
      <w:proofErr w:type="gramStart"/>
      <w:r w:rsidRPr="0054464A">
        <w:rPr>
          <w:sz w:val="19"/>
        </w:rPr>
        <w:t>●  not</w:t>
      </w:r>
      <w:proofErr w:type="gramEnd"/>
      <w:r w:rsidRPr="0054464A">
        <w:rPr>
          <w:sz w:val="19"/>
        </w:rPr>
        <w:t xml:space="preserve"> be manipulated or captioned in a misleading, degrading or inappropriate way.</w:t>
      </w:r>
    </w:p>
    <w:p w14:paraId="5A95345F" w14:textId="77777777" w:rsidR="0054464A" w:rsidRPr="006A0570" w:rsidRDefault="0054464A">
      <w:pPr>
        <w:pStyle w:val="Heading1"/>
        <w:rPr>
          <w:sz w:val="12"/>
          <w:szCs w:val="16"/>
        </w:rPr>
      </w:pPr>
    </w:p>
    <w:p w14:paraId="3773B188" w14:textId="1EB68190" w:rsidR="00F3060B" w:rsidRPr="0054464A" w:rsidRDefault="0064180F">
      <w:pPr>
        <w:pStyle w:val="Heading1"/>
      </w:pPr>
      <w:r w:rsidRPr="0054464A">
        <w:t>5. Places and situations where photography is not permitted</w:t>
      </w:r>
    </w:p>
    <w:p w14:paraId="6C6E810D" w14:textId="77777777" w:rsidR="00F3060B" w:rsidRPr="0054464A" w:rsidRDefault="0064180F">
      <w:r w:rsidRPr="0054464A">
        <w:t>Photography or filming must not take place in changing rooms, showers or toilets. It should also not take place during private medical treatment, a safeguarding/welfare conversation or another situation where a participant would reasonably expect privacy, unless there is an exceptional and properly authorised reason.</w:t>
      </w:r>
    </w:p>
    <w:p w14:paraId="6659B6F9" w14:textId="77777777" w:rsidR="00F3060B" w:rsidRDefault="0064180F">
      <w:r w:rsidRPr="0054464A">
        <w:t>Coaches and volunteers should be alert to mobile phones, tablets, action cameras and other devices capable of recording images; the same rules apply regardless of the equipment used.</w:t>
      </w:r>
    </w:p>
    <w:p w14:paraId="17DB2C7E" w14:textId="77777777" w:rsidR="006A0570" w:rsidRPr="006A0570" w:rsidRDefault="006A0570">
      <w:pPr>
        <w:rPr>
          <w:sz w:val="12"/>
          <w:szCs w:val="14"/>
        </w:rPr>
      </w:pPr>
    </w:p>
    <w:p w14:paraId="1ACD53FD" w14:textId="29071028" w:rsidR="00F3060B" w:rsidRPr="0054464A" w:rsidRDefault="0064180F">
      <w:pPr>
        <w:pStyle w:val="Heading1"/>
      </w:pPr>
      <w:r w:rsidRPr="0054464A">
        <w:t>6. Coaching and performance-analysis footage</w:t>
      </w:r>
    </w:p>
    <w:p w14:paraId="521BC91B" w14:textId="77777777" w:rsidR="00F3060B" w:rsidRPr="0054464A" w:rsidRDefault="0064180F">
      <w:r w:rsidRPr="0054464A">
        <w:t>Video can be a legitimate and valuable coaching aid. Participants and, for U18s, parents/carers should be told where coaching/performance filming forms part of the programme and the relevant permission should be recorded through the approved process.</w:t>
      </w:r>
    </w:p>
    <w:p w14:paraId="0EFEF37E" w14:textId="77777777" w:rsidR="00F3060B" w:rsidRPr="0054464A" w:rsidRDefault="0064180F">
      <w:pPr>
        <w:spacing w:after="48"/>
        <w:ind w:left="346" w:hanging="259"/>
      </w:pPr>
      <w:proofErr w:type="gramStart"/>
      <w:r w:rsidRPr="0054464A">
        <w:rPr>
          <w:sz w:val="19"/>
        </w:rPr>
        <w:t>●  Record</w:t>
      </w:r>
      <w:proofErr w:type="gramEnd"/>
      <w:r w:rsidRPr="0054464A">
        <w:rPr>
          <w:sz w:val="19"/>
        </w:rPr>
        <w:t xml:space="preserve"> only what is reasonably required for the coaching or performance purpose.</w:t>
      </w:r>
    </w:p>
    <w:p w14:paraId="65CFE4B7" w14:textId="77777777" w:rsidR="00F3060B" w:rsidRPr="0054464A" w:rsidRDefault="0064180F">
      <w:pPr>
        <w:spacing w:after="48"/>
        <w:ind w:left="346" w:hanging="259"/>
      </w:pPr>
      <w:proofErr w:type="gramStart"/>
      <w:r w:rsidRPr="0054464A">
        <w:rPr>
          <w:sz w:val="19"/>
        </w:rPr>
        <w:t>●  Store</w:t>
      </w:r>
      <w:proofErr w:type="gramEnd"/>
      <w:r w:rsidRPr="0054464A">
        <w:rPr>
          <w:sz w:val="19"/>
        </w:rPr>
        <w:t xml:space="preserve"> footage in an approved location with access limited to people who require it for their role.</w:t>
      </w:r>
    </w:p>
    <w:p w14:paraId="7386264E" w14:textId="77777777" w:rsidR="00F3060B" w:rsidRPr="0054464A" w:rsidRDefault="0064180F">
      <w:pPr>
        <w:spacing w:after="48"/>
        <w:ind w:left="346" w:hanging="259"/>
      </w:pPr>
      <w:proofErr w:type="gramStart"/>
      <w:r w:rsidRPr="0054464A">
        <w:rPr>
          <w:sz w:val="19"/>
        </w:rPr>
        <w:t>●  Do</w:t>
      </w:r>
      <w:proofErr w:type="gramEnd"/>
      <w:r w:rsidRPr="0054464A">
        <w:rPr>
          <w:sz w:val="19"/>
        </w:rPr>
        <w:t xml:space="preserve"> not transfer coaching footage into personal social-media accounts or informal chats unless specifically authorised for a legitimate purpose.</w:t>
      </w:r>
    </w:p>
    <w:p w14:paraId="7C7878C4" w14:textId="77777777" w:rsidR="00F3060B" w:rsidRPr="0054464A" w:rsidRDefault="0064180F">
      <w:pPr>
        <w:spacing w:after="48"/>
        <w:ind w:left="346" w:hanging="259"/>
      </w:pPr>
      <w:proofErr w:type="gramStart"/>
      <w:r w:rsidRPr="0054464A">
        <w:rPr>
          <w:sz w:val="19"/>
        </w:rPr>
        <w:t>●  Do</w:t>
      </w:r>
      <w:proofErr w:type="gramEnd"/>
      <w:r w:rsidRPr="0054464A">
        <w:rPr>
          <w:sz w:val="19"/>
        </w:rPr>
        <w:t xml:space="preserve"> not repurpose coaching-analysis footage for public promotion unless the appropriate publicity/media permission also exists.</w:t>
      </w:r>
    </w:p>
    <w:p w14:paraId="34BDEFEA" w14:textId="77777777" w:rsidR="00F3060B" w:rsidRPr="0054464A" w:rsidRDefault="0064180F">
      <w:pPr>
        <w:spacing w:after="48"/>
        <w:ind w:left="346" w:hanging="259"/>
      </w:pPr>
      <w:proofErr w:type="gramStart"/>
      <w:r w:rsidRPr="0054464A">
        <w:rPr>
          <w:sz w:val="19"/>
        </w:rPr>
        <w:t>●  Delete</w:t>
      </w:r>
      <w:proofErr w:type="gramEnd"/>
      <w:r w:rsidRPr="0054464A">
        <w:rPr>
          <w:sz w:val="19"/>
        </w:rPr>
        <w:t xml:space="preserve"> or archive footage in accordance with Scottish Touch retention arrangements when it is no longer required.</w:t>
      </w:r>
    </w:p>
    <w:p w14:paraId="631E2153" w14:textId="77777777" w:rsidR="0054464A" w:rsidRPr="006A0570" w:rsidRDefault="0054464A">
      <w:pPr>
        <w:pStyle w:val="Heading1"/>
        <w:rPr>
          <w:sz w:val="12"/>
          <w:szCs w:val="16"/>
        </w:rPr>
      </w:pPr>
    </w:p>
    <w:p w14:paraId="75A9AF75" w14:textId="5F914558" w:rsidR="00F3060B" w:rsidRPr="0054464A" w:rsidRDefault="0064180F">
      <w:pPr>
        <w:pStyle w:val="Heading1"/>
      </w:pPr>
      <w:r w:rsidRPr="0054464A">
        <w:t>7. Official Scottish Touch photography and media</w:t>
      </w:r>
    </w:p>
    <w:p w14:paraId="09BD1857" w14:textId="77777777" w:rsidR="00F3060B" w:rsidRPr="0054464A" w:rsidRDefault="0064180F">
      <w:r w:rsidRPr="0054464A">
        <w:t>People taking photographs or video on behalf of Scottish Touch should be authorised for the activity concerned. At larger events, Scottish Touch may identify an official photographer, videographer or media lead.</w:t>
      </w:r>
    </w:p>
    <w:p w14:paraId="365B6665" w14:textId="77777777" w:rsidR="00F3060B" w:rsidRPr="0054464A" w:rsidRDefault="0064180F">
      <w:pPr>
        <w:spacing w:after="48"/>
        <w:ind w:left="346" w:hanging="259"/>
      </w:pPr>
      <w:proofErr w:type="gramStart"/>
      <w:r w:rsidRPr="0054464A">
        <w:rPr>
          <w:sz w:val="19"/>
        </w:rPr>
        <w:t>●  Official</w:t>
      </w:r>
      <w:proofErr w:type="gramEnd"/>
      <w:r w:rsidRPr="0054464A">
        <w:rPr>
          <w:sz w:val="19"/>
        </w:rPr>
        <w:t xml:space="preserve"> photographers should be identifiable to organisers and understand this policy.</w:t>
      </w:r>
    </w:p>
    <w:p w14:paraId="6B7411A5" w14:textId="77777777" w:rsidR="00F3060B" w:rsidRPr="0054464A" w:rsidRDefault="0064180F">
      <w:pPr>
        <w:spacing w:after="48"/>
        <w:ind w:left="346" w:hanging="259"/>
      </w:pPr>
      <w:proofErr w:type="gramStart"/>
      <w:r w:rsidRPr="0054464A">
        <w:rPr>
          <w:sz w:val="19"/>
        </w:rPr>
        <w:t>●  The</w:t>
      </w:r>
      <w:proofErr w:type="gramEnd"/>
      <w:r w:rsidRPr="0054464A">
        <w:rPr>
          <w:sz w:val="19"/>
        </w:rPr>
        <w:t xml:space="preserve"> organiser should tell participants, and parents/carers where relevant, when official photography or filming is expected.</w:t>
      </w:r>
    </w:p>
    <w:p w14:paraId="5ED5E8CA" w14:textId="77777777" w:rsidR="00F3060B" w:rsidRPr="0054464A" w:rsidRDefault="0064180F">
      <w:pPr>
        <w:spacing w:after="48"/>
        <w:ind w:left="346" w:hanging="259"/>
      </w:pPr>
      <w:proofErr w:type="gramStart"/>
      <w:r w:rsidRPr="0054464A">
        <w:rPr>
          <w:sz w:val="19"/>
        </w:rPr>
        <w:t>●  The</w:t>
      </w:r>
      <w:proofErr w:type="gramEnd"/>
      <w:r w:rsidRPr="0054464A">
        <w:rPr>
          <w:sz w:val="19"/>
        </w:rPr>
        <w:t xml:space="preserve"> photographer should follow reasonable instructions from the organiser, Session Lead, safeguarding contact or media lead.</w:t>
      </w:r>
    </w:p>
    <w:p w14:paraId="4F508558" w14:textId="77777777" w:rsidR="00F3060B" w:rsidRPr="0054464A" w:rsidRDefault="0064180F">
      <w:pPr>
        <w:spacing w:after="48"/>
        <w:ind w:left="346" w:hanging="259"/>
      </w:pPr>
      <w:proofErr w:type="gramStart"/>
      <w:r w:rsidRPr="0054464A">
        <w:rPr>
          <w:sz w:val="19"/>
        </w:rPr>
        <w:t>●  Being</w:t>
      </w:r>
      <w:proofErr w:type="gramEnd"/>
      <w:r w:rsidRPr="0054464A">
        <w:rPr>
          <w:sz w:val="19"/>
        </w:rPr>
        <w:t xml:space="preserve"> an official photographer does not give unrestricted access to participants, changing areas, medical spaces or confidential team environments.</w:t>
      </w:r>
    </w:p>
    <w:p w14:paraId="5F185363" w14:textId="77777777" w:rsidR="00F3060B" w:rsidRPr="0054464A" w:rsidRDefault="0064180F">
      <w:pPr>
        <w:spacing w:after="48"/>
        <w:ind w:left="346" w:hanging="259"/>
      </w:pPr>
      <w:proofErr w:type="gramStart"/>
      <w:r w:rsidRPr="0054464A">
        <w:rPr>
          <w:sz w:val="19"/>
        </w:rPr>
        <w:t>●  Images</w:t>
      </w:r>
      <w:proofErr w:type="gramEnd"/>
      <w:r w:rsidRPr="0054464A">
        <w:rPr>
          <w:sz w:val="19"/>
        </w:rPr>
        <w:t xml:space="preserve"> intended for official publication should be supplied to the authorised Scottish Touch media lead rather than posted independently as though they were official content.</w:t>
      </w:r>
    </w:p>
    <w:p w14:paraId="4343F5AD" w14:textId="77777777" w:rsidR="00F3060B" w:rsidRPr="0054464A" w:rsidRDefault="0064180F">
      <w:pPr>
        <w:pStyle w:val="Heading1"/>
      </w:pPr>
      <w:r w:rsidRPr="0054464A">
        <w:lastRenderedPageBreak/>
        <w:t>8. Parents, carers, spectators and personal photography</w:t>
      </w:r>
    </w:p>
    <w:p w14:paraId="2134B93A" w14:textId="77777777" w:rsidR="00F3060B" w:rsidRPr="0054464A" w:rsidRDefault="0064180F">
      <w:r w:rsidRPr="0054464A">
        <w:t xml:space="preserve">Scottish Touch does not seek to prohibit normal personal photography by parents/carers, family members, friends or spectators where this is appropriate. Personal photography may fall outside data-protection law where it is genuinely for personal or household </w:t>
      </w:r>
      <w:proofErr w:type="gramStart"/>
      <w:r w:rsidRPr="0054464A">
        <w:t>use, but</w:t>
      </w:r>
      <w:proofErr w:type="gramEnd"/>
      <w:r w:rsidRPr="0054464A">
        <w:t xml:space="preserve"> safeguarding and event rules may still apply.</w:t>
      </w:r>
    </w:p>
    <w:p w14:paraId="7EB2B591" w14:textId="77777777" w:rsidR="00F3060B" w:rsidRPr="0054464A" w:rsidRDefault="0064180F">
      <w:pPr>
        <w:spacing w:after="48"/>
        <w:ind w:left="346" w:hanging="259"/>
      </w:pPr>
      <w:proofErr w:type="gramStart"/>
      <w:r w:rsidRPr="0054464A">
        <w:rPr>
          <w:sz w:val="19"/>
        </w:rPr>
        <w:t>●  Follow</w:t>
      </w:r>
      <w:proofErr w:type="gramEnd"/>
      <w:r w:rsidRPr="0054464A">
        <w:rPr>
          <w:sz w:val="19"/>
        </w:rPr>
        <w:t xml:space="preserve"> any photography restrictions announced by the venue or event organiser.</w:t>
      </w:r>
    </w:p>
    <w:p w14:paraId="28EC712A" w14:textId="77777777" w:rsidR="00F3060B" w:rsidRPr="0054464A" w:rsidRDefault="0064180F">
      <w:pPr>
        <w:spacing w:after="48"/>
        <w:ind w:left="346" w:hanging="259"/>
      </w:pPr>
      <w:proofErr w:type="gramStart"/>
      <w:r w:rsidRPr="0054464A">
        <w:rPr>
          <w:sz w:val="19"/>
        </w:rPr>
        <w:t>●  Do</w:t>
      </w:r>
      <w:proofErr w:type="gramEnd"/>
      <w:r w:rsidRPr="0054464A">
        <w:rPr>
          <w:sz w:val="19"/>
        </w:rPr>
        <w:t xml:space="preserve"> not photograph or film in changing, shower or toilet areas.</w:t>
      </w:r>
    </w:p>
    <w:p w14:paraId="11BE2AE8" w14:textId="77777777" w:rsidR="00F3060B" w:rsidRPr="0054464A" w:rsidRDefault="0064180F">
      <w:pPr>
        <w:spacing w:after="48"/>
        <w:ind w:left="346" w:hanging="259"/>
      </w:pPr>
      <w:proofErr w:type="gramStart"/>
      <w:r w:rsidRPr="0054464A">
        <w:rPr>
          <w:sz w:val="19"/>
        </w:rPr>
        <w:t>●  Be</w:t>
      </w:r>
      <w:proofErr w:type="gramEnd"/>
      <w:r w:rsidRPr="0054464A">
        <w:rPr>
          <w:sz w:val="19"/>
        </w:rPr>
        <w:t xml:space="preserve"> considerate of other participants and avoid intrusive, persistent or inappropriate photography.</w:t>
      </w:r>
    </w:p>
    <w:p w14:paraId="4780C72B" w14:textId="77777777" w:rsidR="00F3060B" w:rsidRPr="0054464A" w:rsidRDefault="0064180F">
      <w:pPr>
        <w:spacing w:after="48"/>
        <w:ind w:left="346" w:hanging="259"/>
      </w:pPr>
      <w:proofErr w:type="gramStart"/>
      <w:r w:rsidRPr="0054464A">
        <w:rPr>
          <w:sz w:val="19"/>
        </w:rPr>
        <w:t>●  Do</w:t>
      </w:r>
      <w:proofErr w:type="gramEnd"/>
      <w:r w:rsidRPr="0054464A">
        <w:rPr>
          <w:sz w:val="19"/>
        </w:rPr>
        <w:t xml:space="preserve"> not assume that because an image may be taken for personal use it is appropriate to publish identifiable images of other people's children on a public social-media account.</w:t>
      </w:r>
    </w:p>
    <w:p w14:paraId="3265A200" w14:textId="77777777" w:rsidR="00F3060B" w:rsidRDefault="0064180F">
      <w:pPr>
        <w:spacing w:after="48"/>
        <w:ind w:left="346" w:hanging="259"/>
        <w:rPr>
          <w:sz w:val="19"/>
        </w:rPr>
      </w:pPr>
      <w:proofErr w:type="gramStart"/>
      <w:r w:rsidRPr="0054464A">
        <w:rPr>
          <w:sz w:val="19"/>
        </w:rPr>
        <w:t>●  If</w:t>
      </w:r>
      <w:proofErr w:type="gramEnd"/>
      <w:r w:rsidRPr="0054464A">
        <w:rPr>
          <w:sz w:val="19"/>
        </w:rPr>
        <w:t xml:space="preserve"> an organiser asks someone to stop or modify photography because of a safeguarding, welfare or event-management concern, the instruction should be followed.</w:t>
      </w:r>
    </w:p>
    <w:p w14:paraId="67A168E3" w14:textId="77777777" w:rsidR="0054464A" w:rsidRPr="006A0570" w:rsidRDefault="0054464A">
      <w:pPr>
        <w:spacing w:after="48"/>
        <w:ind w:left="346" w:hanging="259"/>
        <w:rPr>
          <w:sz w:val="12"/>
          <w:szCs w:val="14"/>
        </w:rPr>
      </w:pPr>
    </w:p>
    <w:p w14:paraId="0004AAA1" w14:textId="77777777" w:rsidR="00F3060B" w:rsidRPr="0054464A" w:rsidRDefault="0064180F">
      <w:pPr>
        <w:pStyle w:val="Heading1"/>
      </w:pPr>
      <w:r w:rsidRPr="0054464A">
        <w:t>9. Third-party events, media and broadcasters</w:t>
      </w:r>
    </w:p>
    <w:p w14:paraId="4E1280AF" w14:textId="77777777" w:rsidR="00F3060B" w:rsidRPr="0054464A" w:rsidRDefault="0064180F">
      <w:r w:rsidRPr="0054464A">
        <w:t>At competitions and other events, particularly national or international events, photography, filming or broadcasting may be carried out by event organisers, accredited photographers, media organisations or broadcasters under arrangements that are not controlled by Scottish Touch.</w:t>
      </w:r>
    </w:p>
    <w:p w14:paraId="36DF9B22" w14:textId="77777777" w:rsidR="00F3060B" w:rsidRPr="0054464A" w:rsidRDefault="0064180F">
      <w:r w:rsidRPr="0054464A">
        <w:t xml:space="preserve">Scottish Touch should provide participants and parents/carers with available information about those arrangements </w:t>
      </w:r>
      <w:proofErr w:type="gramStart"/>
      <w:r w:rsidRPr="0054464A">
        <w:t>where</w:t>
      </w:r>
      <w:proofErr w:type="gramEnd"/>
      <w:r w:rsidRPr="0054464A">
        <w:t xml:space="preserve"> reasonably practicable. Scottish Touch cannot guarantee that a participant will not appear incidentally in third-party event photography or footage outside Scottish Touch's control. Concerns about third-party media should be raised with the event organiser and, where relevant, the Scottish Touch safeguarding or team contact.</w:t>
      </w:r>
    </w:p>
    <w:p w14:paraId="12BAABCD" w14:textId="77777777" w:rsidR="0054464A" w:rsidRPr="006A0570" w:rsidRDefault="0054464A">
      <w:pPr>
        <w:pStyle w:val="Heading1"/>
        <w:rPr>
          <w:sz w:val="12"/>
          <w:szCs w:val="16"/>
        </w:rPr>
      </w:pPr>
    </w:p>
    <w:p w14:paraId="3B4F3BB9" w14:textId="3641BB49" w:rsidR="00F3060B" w:rsidRPr="0054464A" w:rsidRDefault="0064180F">
      <w:pPr>
        <w:pStyle w:val="Heading1"/>
      </w:pPr>
      <w:r w:rsidRPr="0054464A">
        <w:t>10. Challenging concerning or unauthorised photography</w:t>
      </w:r>
    </w:p>
    <w:p w14:paraId="69B2EFE9" w14:textId="77777777" w:rsidR="00F3060B" w:rsidRPr="0054464A" w:rsidRDefault="0064180F">
      <w:r w:rsidRPr="0054464A">
        <w:t>The fact that someone is taking photographs does not by itself mean that they are acting inappropriately. However, where photography appears intrusive, covert, focused inappropriately on children, contrary to an announced restriction or otherwise gives rise to a safeguarding concern, it should be reported promptly to the Session Lead, event organiser or Scottish Touch safeguarding contact.</w:t>
      </w:r>
    </w:p>
    <w:p w14:paraId="10AAB755" w14:textId="77777777" w:rsidR="00F3060B" w:rsidRPr="0054464A" w:rsidRDefault="0064180F">
      <w:r w:rsidRPr="0054464A">
        <w:t>The organiser should establish who the person is, the purpose of the photography and whether any event permission or accreditation is required. Immediate danger or suspected criminal conduct should be referred to Police Scotland or the emergency services as appropriate. Staff and volunteers should not place themselves at risk or attempt to seize or search another person's device.</w:t>
      </w:r>
    </w:p>
    <w:p w14:paraId="052423E7" w14:textId="77777777" w:rsidR="0054464A" w:rsidRPr="006A0570" w:rsidRDefault="0054464A">
      <w:pPr>
        <w:pStyle w:val="Heading1"/>
        <w:rPr>
          <w:sz w:val="12"/>
          <w:szCs w:val="16"/>
        </w:rPr>
      </w:pPr>
    </w:p>
    <w:p w14:paraId="0047EAC2" w14:textId="1E5D8781" w:rsidR="00F3060B" w:rsidRPr="0054464A" w:rsidRDefault="0064180F">
      <w:pPr>
        <w:pStyle w:val="Heading1"/>
      </w:pPr>
      <w:r w:rsidRPr="0054464A">
        <w:t>11. Storage, access, retention and sharing</w:t>
      </w:r>
    </w:p>
    <w:p w14:paraId="6205D4C3" w14:textId="77777777" w:rsidR="00F3060B" w:rsidRPr="0054464A" w:rsidRDefault="0064180F">
      <w:pPr>
        <w:spacing w:after="48"/>
        <w:ind w:left="346" w:hanging="259"/>
      </w:pPr>
      <w:proofErr w:type="gramStart"/>
      <w:r w:rsidRPr="0054464A">
        <w:rPr>
          <w:sz w:val="19"/>
        </w:rPr>
        <w:t>●  Official</w:t>
      </w:r>
      <w:proofErr w:type="gramEnd"/>
      <w:r w:rsidRPr="0054464A">
        <w:rPr>
          <w:sz w:val="19"/>
        </w:rPr>
        <w:t xml:space="preserve"> images and footage should be stored only in approved Scottish Touch systems or accounts appropriate to the purpose.</w:t>
      </w:r>
    </w:p>
    <w:p w14:paraId="14C03734" w14:textId="77777777" w:rsidR="00F3060B" w:rsidRPr="0054464A" w:rsidRDefault="0064180F">
      <w:pPr>
        <w:spacing w:after="48"/>
        <w:ind w:left="346" w:hanging="259"/>
      </w:pPr>
      <w:proofErr w:type="gramStart"/>
      <w:r w:rsidRPr="0054464A">
        <w:rPr>
          <w:sz w:val="19"/>
        </w:rPr>
        <w:t>●  Access</w:t>
      </w:r>
      <w:proofErr w:type="gramEnd"/>
      <w:r w:rsidRPr="0054464A">
        <w:rPr>
          <w:sz w:val="19"/>
        </w:rPr>
        <w:t xml:space="preserve"> should be role-based and removed when it is no longer required.</w:t>
      </w:r>
    </w:p>
    <w:p w14:paraId="2D127925" w14:textId="77777777" w:rsidR="00F3060B" w:rsidRPr="0054464A" w:rsidRDefault="0064180F">
      <w:pPr>
        <w:spacing w:after="48"/>
        <w:ind w:left="346" w:hanging="259"/>
      </w:pPr>
      <w:proofErr w:type="gramStart"/>
      <w:r w:rsidRPr="0054464A">
        <w:rPr>
          <w:sz w:val="19"/>
        </w:rPr>
        <w:t>●  Images</w:t>
      </w:r>
      <w:proofErr w:type="gramEnd"/>
      <w:r w:rsidRPr="0054464A">
        <w:rPr>
          <w:sz w:val="19"/>
        </w:rPr>
        <w:t xml:space="preserve"> should not be retained indefinitely 'just in case'; retention should follow the Scottish Touch Data Protection Policy and relevant retention arrangements.</w:t>
      </w:r>
    </w:p>
    <w:p w14:paraId="38BE3D36" w14:textId="77777777" w:rsidR="00F3060B" w:rsidRPr="0054464A" w:rsidRDefault="0064180F">
      <w:pPr>
        <w:spacing w:after="48"/>
        <w:ind w:left="346" w:hanging="259"/>
      </w:pPr>
      <w:proofErr w:type="gramStart"/>
      <w:r w:rsidRPr="0054464A">
        <w:rPr>
          <w:sz w:val="19"/>
        </w:rPr>
        <w:t>●  Raw</w:t>
      </w:r>
      <w:proofErr w:type="gramEnd"/>
      <w:r w:rsidRPr="0054464A">
        <w:rPr>
          <w:sz w:val="19"/>
        </w:rPr>
        <w:t xml:space="preserve"> footage containing U18s should not be distributed more widely than necessary.</w:t>
      </w:r>
    </w:p>
    <w:p w14:paraId="753F0001" w14:textId="77777777" w:rsidR="00F3060B" w:rsidRPr="0054464A" w:rsidRDefault="0064180F">
      <w:pPr>
        <w:spacing w:after="48"/>
        <w:ind w:left="346" w:hanging="259"/>
      </w:pPr>
      <w:proofErr w:type="gramStart"/>
      <w:r w:rsidRPr="0054464A">
        <w:rPr>
          <w:sz w:val="19"/>
        </w:rPr>
        <w:t>●  Safeguarding</w:t>
      </w:r>
      <w:proofErr w:type="gramEnd"/>
      <w:r w:rsidRPr="0054464A">
        <w:rPr>
          <w:sz w:val="19"/>
        </w:rPr>
        <w:t>, medical or incident-related imagery must be handled through the appropriate confidential process and not placed in ordinary team galleries or social-media libraries.</w:t>
      </w:r>
    </w:p>
    <w:p w14:paraId="55216105" w14:textId="77777777" w:rsidR="0054464A" w:rsidRPr="006A0570" w:rsidRDefault="0054464A">
      <w:pPr>
        <w:pStyle w:val="Heading1"/>
        <w:rPr>
          <w:sz w:val="12"/>
          <w:szCs w:val="16"/>
        </w:rPr>
      </w:pPr>
    </w:p>
    <w:p w14:paraId="0CF019D5" w14:textId="568205B2" w:rsidR="00F3060B" w:rsidRPr="0054464A" w:rsidRDefault="0064180F">
      <w:pPr>
        <w:pStyle w:val="Heading1"/>
      </w:pPr>
      <w:r w:rsidRPr="0054464A">
        <w:t>12. Publication, withdrawal and removal requests</w:t>
      </w:r>
    </w:p>
    <w:p w14:paraId="721BB068" w14:textId="77777777" w:rsidR="00F3060B" w:rsidRPr="0054464A" w:rsidRDefault="0064180F">
      <w:r w:rsidRPr="0054464A">
        <w:t>A participant or parent/carer may ask Scottish Touch to stop using an image for future publicity or to remove an image from a Scottish Touch-controlled channel. Scottish Touch will record the change and take reasonable steps to prevent future controlled use and, where appropriate, remove material it controls.</w:t>
      </w:r>
    </w:p>
    <w:p w14:paraId="2B4B702E" w14:textId="77777777" w:rsidR="00F3060B" w:rsidRDefault="0064180F">
      <w:r w:rsidRPr="0054464A">
        <w:t>Scottish Touch may not be able to retrieve copies already printed, downloaded, reshared by others, published by independent media or otherwise outside its control. This should be explained clearly rather than promising complete removal from the internet.</w:t>
      </w:r>
    </w:p>
    <w:p w14:paraId="4DCA0646" w14:textId="77777777" w:rsidR="0054464A" w:rsidRPr="006A0570" w:rsidRDefault="0054464A">
      <w:pPr>
        <w:rPr>
          <w:sz w:val="12"/>
          <w:szCs w:val="14"/>
        </w:rPr>
      </w:pPr>
    </w:p>
    <w:p w14:paraId="081B6BDB" w14:textId="77777777" w:rsidR="00F3060B" w:rsidRPr="0054464A" w:rsidRDefault="0064180F">
      <w:pPr>
        <w:pStyle w:val="Heading1"/>
      </w:pPr>
      <w:r w:rsidRPr="0054464A">
        <w:t>13. Social media and digital communication</w:t>
      </w:r>
    </w:p>
    <w:p w14:paraId="1F056D8D" w14:textId="77777777" w:rsidR="00F3060B" w:rsidRPr="0054464A" w:rsidRDefault="0064180F">
      <w:r w:rsidRPr="0054464A">
        <w:t xml:space="preserve">Publication of images through Instagram, Facebook, websites, </w:t>
      </w:r>
      <w:proofErr w:type="spellStart"/>
      <w:r w:rsidRPr="0054464A">
        <w:t>SportMember</w:t>
      </w:r>
      <w:proofErr w:type="spellEnd"/>
      <w:r w:rsidRPr="0054464A">
        <w:t xml:space="preserve">, WhatsApp or other digital channels must also comply with the Scottish Touch </w:t>
      </w:r>
      <w:proofErr w:type="gramStart"/>
      <w:r w:rsidRPr="0054464A">
        <w:t>Social Media</w:t>
      </w:r>
      <w:proofErr w:type="gramEnd"/>
      <w:r w:rsidRPr="0054464A">
        <w:t xml:space="preserve"> &amp; Digital Communications Policy. </w:t>
      </w:r>
      <w:proofErr w:type="gramStart"/>
      <w:r w:rsidRPr="0054464A">
        <w:t>In particular, official</w:t>
      </w:r>
      <w:proofErr w:type="gramEnd"/>
      <w:r w:rsidRPr="0054464A">
        <w:t xml:space="preserve"> account administrators must check U18 media permissions, protect personal information and avoid inappropriate direct sharing of images.</w:t>
      </w:r>
    </w:p>
    <w:p w14:paraId="2E488E85" w14:textId="77777777" w:rsidR="00F3060B" w:rsidRPr="0054464A" w:rsidRDefault="0064180F">
      <w:pPr>
        <w:pStyle w:val="Heading1"/>
      </w:pPr>
      <w:r w:rsidRPr="0054464A">
        <w:lastRenderedPageBreak/>
        <w:t>14. Concerns, breaches and safeguarding</w:t>
      </w:r>
    </w:p>
    <w:p w14:paraId="3090450E" w14:textId="77777777" w:rsidR="00F3060B" w:rsidRDefault="0064180F">
      <w:r w:rsidRPr="0054464A">
        <w:t>Concerns about the taking, storage, sharing or publication of images should be raised with the relevant Session Lead, Team Manager, event organiser, authorised media lead or Scottish Touch Safeguarding / Welfare Contact.</w:t>
      </w:r>
    </w:p>
    <w:p w14:paraId="647DB775" w14:textId="77777777" w:rsidR="0054464A" w:rsidRPr="005E449E" w:rsidRDefault="0054464A">
      <w:pPr>
        <w:rPr>
          <w:sz w:val="12"/>
          <w:szCs w:val="14"/>
        </w:rPr>
      </w:pPr>
    </w:p>
    <w:tbl>
      <w:tblPr>
        <w:tblW w:w="0" w:type="auto"/>
        <w:jc w:val="center"/>
        <w:tblBorders>
          <w:top w:val="single" w:sz="8" w:space="0" w:color="083B68"/>
          <w:left w:val="single" w:sz="8" w:space="0" w:color="083B68"/>
          <w:bottom w:val="single" w:sz="8" w:space="0" w:color="083B68"/>
          <w:right w:val="single" w:sz="8" w:space="0" w:color="083B68"/>
          <w:insideH w:val="single" w:sz="8" w:space="0" w:color="083B68"/>
          <w:insideV w:val="single" w:sz="8" w:space="0" w:color="083B68"/>
        </w:tblBorders>
        <w:tblLook w:val="04A0" w:firstRow="1" w:lastRow="0" w:firstColumn="1" w:lastColumn="0" w:noHBand="0" w:noVBand="1"/>
      </w:tblPr>
      <w:tblGrid>
        <w:gridCol w:w="10340"/>
      </w:tblGrid>
      <w:tr w:rsidR="00F3060B" w:rsidRPr="0054464A" w14:paraId="3CA95E75" w14:textId="77777777">
        <w:trPr>
          <w:jc w:val="center"/>
        </w:trPr>
        <w:tc>
          <w:tcPr>
            <w:tcW w:w="10340" w:type="dxa"/>
            <w:shd w:val="clear" w:color="auto" w:fill="EAF2F8"/>
            <w:tcMar>
              <w:top w:w="85" w:type="dxa"/>
              <w:left w:w="105" w:type="dxa"/>
              <w:bottom w:w="85" w:type="dxa"/>
              <w:right w:w="105" w:type="dxa"/>
            </w:tcMar>
          </w:tcPr>
          <w:p w14:paraId="29B60187" w14:textId="77777777" w:rsidR="00F3060B" w:rsidRPr="0054464A" w:rsidRDefault="0064180F">
            <w:pPr>
              <w:spacing w:after="40"/>
            </w:pPr>
            <w:r w:rsidRPr="0054464A">
              <w:rPr>
                <w:b/>
              </w:rPr>
              <w:t>Scottish Touch Safeguarding / Welfare Contact</w:t>
            </w:r>
          </w:p>
          <w:p w14:paraId="466570E8" w14:textId="77777777" w:rsidR="00F3060B" w:rsidRPr="0054464A" w:rsidRDefault="0064180F">
            <w:pPr>
              <w:spacing w:after="0"/>
            </w:pPr>
            <w:r w:rsidRPr="0054464A">
              <w:rPr>
                <w:sz w:val="19"/>
              </w:rPr>
              <w:t xml:space="preserve">Viv Mathieson | </w:t>
            </w:r>
            <w:proofErr w:type="spellStart"/>
            <w:r w:rsidRPr="0054464A">
              <w:rPr>
                <w:sz w:val="19"/>
              </w:rPr>
              <w:t>safeguarding@touch.scot</w:t>
            </w:r>
            <w:proofErr w:type="spellEnd"/>
            <w:r w:rsidRPr="0054464A">
              <w:rPr>
                <w:sz w:val="19"/>
              </w:rPr>
              <w:t xml:space="preserve"> | 07814 468071</w:t>
            </w:r>
          </w:p>
        </w:tc>
      </w:tr>
    </w:tbl>
    <w:p w14:paraId="3AC6A4E1" w14:textId="77777777" w:rsidR="0054464A" w:rsidRPr="005E449E" w:rsidRDefault="0054464A">
      <w:pPr>
        <w:rPr>
          <w:sz w:val="12"/>
          <w:szCs w:val="14"/>
        </w:rPr>
      </w:pPr>
    </w:p>
    <w:p w14:paraId="489970BE" w14:textId="45F3F339" w:rsidR="00F3060B" w:rsidRDefault="0064180F">
      <w:r w:rsidRPr="0054464A">
        <w:t>Where imagery raises a possible safeguarding concern, it must be handled through the Scottish Touch safeguarding process. Preserve relevant evidence where safe to do so, do not circulate harmful material more widely than necessary, and do not investigate suspected abuse yourself.</w:t>
      </w:r>
    </w:p>
    <w:p w14:paraId="16B7ADA6" w14:textId="77777777" w:rsidR="005E449E" w:rsidRPr="005E449E" w:rsidRDefault="005E449E">
      <w:pPr>
        <w:rPr>
          <w:sz w:val="12"/>
          <w:szCs w:val="14"/>
        </w:rPr>
      </w:pPr>
    </w:p>
    <w:p w14:paraId="4186F261" w14:textId="77777777" w:rsidR="00F3060B" w:rsidRPr="0054464A" w:rsidRDefault="0064180F">
      <w:r w:rsidRPr="0054464A">
        <w:t>A breach may result in removal of content, withdrawal of photography or account access, safeguarding action, a complaint or disciplinary process, or referral to another organisation or statutory authority where appropriate.</w:t>
      </w:r>
    </w:p>
    <w:p w14:paraId="1D2C7DE1" w14:textId="77777777" w:rsidR="0054464A" w:rsidRPr="005E449E" w:rsidRDefault="0054464A">
      <w:pPr>
        <w:pStyle w:val="Heading1"/>
        <w:rPr>
          <w:sz w:val="12"/>
          <w:szCs w:val="16"/>
        </w:rPr>
      </w:pPr>
    </w:p>
    <w:p w14:paraId="710D4668" w14:textId="5A5F82DF" w:rsidR="00F3060B" w:rsidRPr="0054464A" w:rsidRDefault="0064180F">
      <w:pPr>
        <w:pStyle w:val="Heading1"/>
      </w:pPr>
      <w:r w:rsidRPr="0054464A">
        <w:t>15. Responsibilities</w:t>
      </w:r>
    </w:p>
    <w:tbl>
      <w:tblPr>
        <w:tblW w:w="0" w:type="auto"/>
        <w:jc w:val="center"/>
        <w:tblBorders>
          <w:top w:val="single" w:sz="5" w:space="0" w:color="C7C7C7"/>
          <w:left w:val="single" w:sz="5" w:space="0" w:color="C7C7C7"/>
          <w:bottom w:val="single" w:sz="5" w:space="0" w:color="C7C7C7"/>
          <w:right w:val="single" w:sz="5" w:space="0" w:color="C7C7C7"/>
          <w:insideH w:val="single" w:sz="5" w:space="0" w:color="C7C7C7"/>
          <w:insideV w:val="single" w:sz="5" w:space="0" w:color="C7C7C7"/>
        </w:tblBorders>
        <w:tblLook w:val="04A0" w:firstRow="1" w:lastRow="0" w:firstColumn="1" w:lastColumn="0" w:noHBand="0" w:noVBand="1"/>
      </w:tblPr>
      <w:tblGrid>
        <w:gridCol w:w="5170"/>
        <w:gridCol w:w="5170"/>
      </w:tblGrid>
      <w:tr w:rsidR="00F3060B" w:rsidRPr="0054464A" w14:paraId="419E5AD1" w14:textId="77777777">
        <w:trPr>
          <w:jc w:val="center"/>
        </w:trPr>
        <w:tc>
          <w:tcPr>
            <w:tcW w:w="5170" w:type="dxa"/>
            <w:shd w:val="clear" w:color="auto" w:fill="083B68"/>
            <w:tcMar>
              <w:top w:w="70" w:type="dxa"/>
              <w:left w:w="90" w:type="dxa"/>
              <w:bottom w:w="70" w:type="dxa"/>
              <w:right w:w="90" w:type="dxa"/>
            </w:tcMar>
          </w:tcPr>
          <w:p w14:paraId="2552F573" w14:textId="77777777" w:rsidR="00F3060B" w:rsidRPr="0054464A" w:rsidRDefault="0064180F">
            <w:pPr>
              <w:spacing w:after="0"/>
            </w:pPr>
            <w:r w:rsidRPr="0054464A">
              <w:rPr>
                <w:b/>
                <w:color w:val="FFFFFF"/>
                <w:sz w:val="18"/>
              </w:rPr>
              <w:t>Role</w:t>
            </w:r>
          </w:p>
        </w:tc>
        <w:tc>
          <w:tcPr>
            <w:tcW w:w="5170" w:type="dxa"/>
            <w:shd w:val="clear" w:color="auto" w:fill="083B68"/>
            <w:tcMar>
              <w:top w:w="70" w:type="dxa"/>
              <w:left w:w="90" w:type="dxa"/>
              <w:bottom w:w="70" w:type="dxa"/>
              <w:right w:w="90" w:type="dxa"/>
            </w:tcMar>
          </w:tcPr>
          <w:p w14:paraId="7A9F0561" w14:textId="77777777" w:rsidR="00F3060B" w:rsidRPr="0054464A" w:rsidRDefault="0064180F">
            <w:pPr>
              <w:spacing w:after="0"/>
            </w:pPr>
            <w:r w:rsidRPr="0054464A">
              <w:rPr>
                <w:b/>
                <w:color w:val="FFFFFF"/>
                <w:sz w:val="18"/>
              </w:rPr>
              <w:t>Key responsibility</w:t>
            </w:r>
          </w:p>
        </w:tc>
      </w:tr>
      <w:tr w:rsidR="00F3060B" w:rsidRPr="0054464A" w14:paraId="3C8DD8F9" w14:textId="77777777">
        <w:trPr>
          <w:jc w:val="center"/>
        </w:trPr>
        <w:tc>
          <w:tcPr>
            <w:tcW w:w="5170" w:type="dxa"/>
            <w:tcMar>
              <w:top w:w="70" w:type="dxa"/>
              <w:left w:w="90" w:type="dxa"/>
              <w:bottom w:w="70" w:type="dxa"/>
              <w:right w:w="90" w:type="dxa"/>
            </w:tcMar>
          </w:tcPr>
          <w:p w14:paraId="730ED213" w14:textId="77777777" w:rsidR="00F3060B" w:rsidRPr="0054464A" w:rsidRDefault="0064180F">
            <w:pPr>
              <w:spacing w:after="0"/>
            </w:pPr>
            <w:r w:rsidRPr="0054464A">
              <w:rPr>
                <w:b/>
                <w:sz w:val="18"/>
              </w:rPr>
              <w:t>Scottish Touch Board / policy owner</w:t>
            </w:r>
          </w:p>
        </w:tc>
        <w:tc>
          <w:tcPr>
            <w:tcW w:w="5170" w:type="dxa"/>
            <w:tcMar>
              <w:top w:w="70" w:type="dxa"/>
              <w:left w:w="90" w:type="dxa"/>
              <w:bottom w:w="70" w:type="dxa"/>
              <w:right w:w="90" w:type="dxa"/>
            </w:tcMar>
          </w:tcPr>
          <w:p w14:paraId="1A9E0E0D" w14:textId="77777777" w:rsidR="00F3060B" w:rsidRPr="0054464A" w:rsidRDefault="0064180F">
            <w:pPr>
              <w:spacing w:after="0"/>
            </w:pPr>
            <w:r w:rsidRPr="0054464A">
              <w:rPr>
                <w:sz w:val="18"/>
              </w:rPr>
              <w:t>Approve the policy and ensure it aligns with safeguarding, data-protection and communications arrangements.</w:t>
            </w:r>
          </w:p>
        </w:tc>
      </w:tr>
      <w:tr w:rsidR="00F3060B" w:rsidRPr="0054464A" w14:paraId="347B0E76" w14:textId="77777777">
        <w:trPr>
          <w:jc w:val="center"/>
        </w:trPr>
        <w:tc>
          <w:tcPr>
            <w:tcW w:w="5170" w:type="dxa"/>
            <w:tcMar>
              <w:top w:w="70" w:type="dxa"/>
              <w:left w:w="90" w:type="dxa"/>
              <w:bottom w:w="70" w:type="dxa"/>
              <w:right w:w="90" w:type="dxa"/>
            </w:tcMar>
          </w:tcPr>
          <w:p w14:paraId="28C9908A" w14:textId="77777777" w:rsidR="00F3060B" w:rsidRPr="0054464A" w:rsidRDefault="0064180F">
            <w:pPr>
              <w:spacing w:after="0"/>
            </w:pPr>
            <w:r w:rsidRPr="0054464A">
              <w:rPr>
                <w:b/>
                <w:sz w:val="18"/>
              </w:rPr>
              <w:t>Event organiser / Session Lead</w:t>
            </w:r>
          </w:p>
        </w:tc>
        <w:tc>
          <w:tcPr>
            <w:tcW w:w="5170" w:type="dxa"/>
            <w:tcMar>
              <w:top w:w="70" w:type="dxa"/>
              <w:left w:w="90" w:type="dxa"/>
              <w:bottom w:w="70" w:type="dxa"/>
              <w:right w:w="90" w:type="dxa"/>
            </w:tcMar>
          </w:tcPr>
          <w:p w14:paraId="57BACDEE" w14:textId="77777777" w:rsidR="00F3060B" w:rsidRPr="0054464A" w:rsidRDefault="0064180F">
            <w:pPr>
              <w:spacing w:after="0"/>
            </w:pPr>
            <w:r w:rsidRPr="0054464A">
              <w:rPr>
                <w:sz w:val="18"/>
              </w:rPr>
              <w:t>Make photography arrangements clear, identify restrictions, respond to concerns and ensure relevant safeguards operate at the activity.</w:t>
            </w:r>
          </w:p>
        </w:tc>
      </w:tr>
      <w:tr w:rsidR="00F3060B" w:rsidRPr="0054464A" w14:paraId="483314B0" w14:textId="77777777">
        <w:trPr>
          <w:jc w:val="center"/>
        </w:trPr>
        <w:tc>
          <w:tcPr>
            <w:tcW w:w="5170" w:type="dxa"/>
            <w:tcMar>
              <w:top w:w="70" w:type="dxa"/>
              <w:left w:w="90" w:type="dxa"/>
              <w:bottom w:w="70" w:type="dxa"/>
              <w:right w:w="90" w:type="dxa"/>
            </w:tcMar>
          </w:tcPr>
          <w:p w14:paraId="6FE68707" w14:textId="77777777" w:rsidR="00F3060B" w:rsidRPr="0054464A" w:rsidRDefault="0064180F">
            <w:pPr>
              <w:spacing w:after="0"/>
            </w:pPr>
            <w:r w:rsidRPr="0054464A">
              <w:rPr>
                <w:b/>
                <w:sz w:val="18"/>
              </w:rPr>
              <w:t>Team Manager / authorised media lead</w:t>
            </w:r>
          </w:p>
        </w:tc>
        <w:tc>
          <w:tcPr>
            <w:tcW w:w="5170" w:type="dxa"/>
            <w:tcMar>
              <w:top w:w="70" w:type="dxa"/>
              <w:left w:w="90" w:type="dxa"/>
              <w:bottom w:w="70" w:type="dxa"/>
              <w:right w:w="90" w:type="dxa"/>
            </w:tcMar>
          </w:tcPr>
          <w:p w14:paraId="79D7004A" w14:textId="77777777" w:rsidR="00F3060B" w:rsidRPr="0054464A" w:rsidRDefault="0064180F">
            <w:pPr>
              <w:spacing w:after="0"/>
            </w:pPr>
            <w:r w:rsidRPr="0054464A">
              <w:rPr>
                <w:sz w:val="18"/>
              </w:rPr>
              <w:t>Know or be able to verify U18 media permissions before official publication and review content intended for Scottish Touch-controlled channels.</w:t>
            </w:r>
          </w:p>
        </w:tc>
      </w:tr>
      <w:tr w:rsidR="00F3060B" w:rsidRPr="0054464A" w14:paraId="3D14426F" w14:textId="77777777">
        <w:trPr>
          <w:jc w:val="center"/>
        </w:trPr>
        <w:tc>
          <w:tcPr>
            <w:tcW w:w="5170" w:type="dxa"/>
            <w:tcMar>
              <w:top w:w="70" w:type="dxa"/>
              <w:left w:w="90" w:type="dxa"/>
              <w:bottom w:w="70" w:type="dxa"/>
              <w:right w:w="90" w:type="dxa"/>
            </w:tcMar>
          </w:tcPr>
          <w:p w14:paraId="6AAD7CE0" w14:textId="77777777" w:rsidR="00F3060B" w:rsidRPr="0054464A" w:rsidRDefault="0064180F">
            <w:pPr>
              <w:spacing w:after="0"/>
            </w:pPr>
            <w:r w:rsidRPr="0054464A">
              <w:rPr>
                <w:b/>
                <w:sz w:val="18"/>
              </w:rPr>
              <w:t>Coaches / performance staff</w:t>
            </w:r>
          </w:p>
        </w:tc>
        <w:tc>
          <w:tcPr>
            <w:tcW w:w="5170" w:type="dxa"/>
            <w:tcMar>
              <w:top w:w="70" w:type="dxa"/>
              <w:left w:w="90" w:type="dxa"/>
              <w:bottom w:w="70" w:type="dxa"/>
              <w:right w:w="90" w:type="dxa"/>
            </w:tcMar>
          </w:tcPr>
          <w:p w14:paraId="1C9C8E85" w14:textId="77777777" w:rsidR="00F3060B" w:rsidRPr="0054464A" w:rsidRDefault="0064180F">
            <w:pPr>
              <w:spacing w:after="0"/>
            </w:pPr>
            <w:r w:rsidRPr="0054464A">
              <w:rPr>
                <w:sz w:val="18"/>
              </w:rPr>
              <w:t>Use coaching footage only for legitimate authorised purposes and store/share it appropriately.</w:t>
            </w:r>
          </w:p>
        </w:tc>
      </w:tr>
      <w:tr w:rsidR="00F3060B" w:rsidRPr="0054464A" w14:paraId="27CE675C" w14:textId="77777777">
        <w:trPr>
          <w:jc w:val="center"/>
        </w:trPr>
        <w:tc>
          <w:tcPr>
            <w:tcW w:w="5170" w:type="dxa"/>
            <w:tcMar>
              <w:top w:w="70" w:type="dxa"/>
              <w:left w:w="90" w:type="dxa"/>
              <w:bottom w:w="70" w:type="dxa"/>
              <w:right w:w="90" w:type="dxa"/>
            </w:tcMar>
          </w:tcPr>
          <w:p w14:paraId="4D45660E" w14:textId="77777777" w:rsidR="00F3060B" w:rsidRPr="0054464A" w:rsidRDefault="0064180F">
            <w:pPr>
              <w:spacing w:after="0"/>
            </w:pPr>
            <w:r w:rsidRPr="0054464A">
              <w:rPr>
                <w:b/>
                <w:sz w:val="18"/>
              </w:rPr>
              <w:t>Players, parents/carers, volunteers and spectators</w:t>
            </w:r>
          </w:p>
        </w:tc>
        <w:tc>
          <w:tcPr>
            <w:tcW w:w="5170" w:type="dxa"/>
            <w:tcMar>
              <w:top w:w="70" w:type="dxa"/>
              <w:left w:w="90" w:type="dxa"/>
              <w:bottom w:w="70" w:type="dxa"/>
              <w:right w:w="90" w:type="dxa"/>
            </w:tcMar>
          </w:tcPr>
          <w:p w14:paraId="7A68F6BB" w14:textId="77777777" w:rsidR="00F3060B" w:rsidRPr="0054464A" w:rsidRDefault="0064180F">
            <w:pPr>
              <w:spacing w:after="0"/>
            </w:pPr>
            <w:r w:rsidRPr="0054464A">
              <w:rPr>
                <w:sz w:val="18"/>
              </w:rPr>
              <w:t>Use photography considerately, follow event restrictions and report concerns rather than circulating them.</w:t>
            </w:r>
          </w:p>
        </w:tc>
      </w:tr>
    </w:tbl>
    <w:p w14:paraId="0B70C988" w14:textId="77777777" w:rsidR="0054464A" w:rsidRPr="005E449E" w:rsidRDefault="0054464A">
      <w:pPr>
        <w:pStyle w:val="Heading1"/>
        <w:rPr>
          <w:sz w:val="12"/>
          <w:szCs w:val="16"/>
        </w:rPr>
      </w:pPr>
    </w:p>
    <w:p w14:paraId="345FFEFA" w14:textId="71B0170A" w:rsidR="00F3060B" w:rsidRPr="0054464A" w:rsidRDefault="0064180F">
      <w:pPr>
        <w:pStyle w:val="Heading1"/>
      </w:pPr>
      <w:r w:rsidRPr="0054464A">
        <w:t>16. Monitoring and review</w:t>
      </w:r>
    </w:p>
    <w:p w14:paraId="61C58C64" w14:textId="77777777" w:rsidR="00F3060B" w:rsidRDefault="0064180F">
      <w:r w:rsidRPr="0054464A">
        <w:t>Scottish Touch will monitor the operation of this policy and review it at least every three years, or sooner where there is a significant change in legislation, data-protection guidance, safeguarding arrangements, technology or learning from an incident.</w:t>
      </w:r>
    </w:p>
    <w:p w14:paraId="26581ED8" w14:textId="77777777" w:rsidR="00D236A9" w:rsidRPr="005E449E" w:rsidRDefault="00D236A9">
      <w:pPr>
        <w:rPr>
          <w:sz w:val="12"/>
          <w:szCs w:val="14"/>
        </w:rPr>
      </w:pPr>
    </w:p>
    <w:p w14:paraId="72A7D4C8" w14:textId="77777777" w:rsidR="00F3060B" w:rsidRPr="0054464A" w:rsidRDefault="0064180F">
      <w:pPr>
        <w:pStyle w:val="Heading1"/>
      </w:pPr>
      <w:r w:rsidRPr="0054464A">
        <w:t>Approval and document control</w:t>
      </w:r>
    </w:p>
    <w:tbl>
      <w:tblPr>
        <w:tblW w:w="0" w:type="auto"/>
        <w:jc w:val="center"/>
        <w:tblBorders>
          <w:top w:val="single" w:sz="5" w:space="0" w:color="C7C7C7"/>
          <w:left w:val="single" w:sz="5" w:space="0" w:color="C7C7C7"/>
          <w:bottom w:val="single" w:sz="5" w:space="0" w:color="C7C7C7"/>
          <w:right w:val="single" w:sz="5" w:space="0" w:color="C7C7C7"/>
          <w:insideH w:val="single" w:sz="5" w:space="0" w:color="C7C7C7"/>
          <w:insideV w:val="single" w:sz="5" w:space="0" w:color="C7C7C7"/>
        </w:tblBorders>
        <w:tblLook w:val="04A0" w:firstRow="1" w:lastRow="0" w:firstColumn="1" w:lastColumn="0" w:noHBand="0" w:noVBand="1"/>
      </w:tblPr>
      <w:tblGrid>
        <w:gridCol w:w="5170"/>
        <w:gridCol w:w="5170"/>
      </w:tblGrid>
      <w:tr w:rsidR="00F3060B" w:rsidRPr="0054464A" w14:paraId="67CF0C1E" w14:textId="77777777">
        <w:trPr>
          <w:jc w:val="center"/>
        </w:trPr>
        <w:tc>
          <w:tcPr>
            <w:tcW w:w="5170" w:type="dxa"/>
            <w:shd w:val="clear" w:color="auto" w:fill="F2F2F2"/>
            <w:tcMar>
              <w:top w:w="70" w:type="dxa"/>
              <w:left w:w="90" w:type="dxa"/>
              <w:bottom w:w="70" w:type="dxa"/>
              <w:right w:w="90" w:type="dxa"/>
            </w:tcMar>
          </w:tcPr>
          <w:p w14:paraId="2B9AF18C" w14:textId="77777777" w:rsidR="00F3060B" w:rsidRPr="0054464A" w:rsidRDefault="0064180F">
            <w:pPr>
              <w:spacing w:after="0"/>
            </w:pPr>
            <w:r w:rsidRPr="0054464A">
              <w:rPr>
                <w:b/>
                <w:sz w:val="18"/>
              </w:rPr>
              <w:t>Approved by</w:t>
            </w:r>
          </w:p>
        </w:tc>
        <w:tc>
          <w:tcPr>
            <w:tcW w:w="5170" w:type="dxa"/>
            <w:tcMar>
              <w:top w:w="70" w:type="dxa"/>
              <w:left w:w="90" w:type="dxa"/>
              <w:bottom w:w="70" w:type="dxa"/>
              <w:right w:w="90" w:type="dxa"/>
            </w:tcMar>
          </w:tcPr>
          <w:p w14:paraId="7231491F" w14:textId="77777777" w:rsidR="00F3060B" w:rsidRPr="0054464A" w:rsidRDefault="0064180F">
            <w:pPr>
              <w:spacing w:after="0"/>
            </w:pPr>
            <w:r w:rsidRPr="0054464A">
              <w:rPr>
                <w:sz w:val="18"/>
              </w:rPr>
              <w:t>Scottish Touch Board</w:t>
            </w:r>
          </w:p>
        </w:tc>
      </w:tr>
      <w:tr w:rsidR="00F3060B" w:rsidRPr="0054464A" w14:paraId="6F4CF995" w14:textId="77777777">
        <w:trPr>
          <w:jc w:val="center"/>
        </w:trPr>
        <w:tc>
          <w:tcPr>
            <w:tcW w:w="5170" w:type="dxa"/>
            <w:shd w:val="clear" w:color="auto" w:fill="F2F2F2"/>
            <w:tcMar>
              <w:top w:w="70" w:type="dxa"/>
              <w:left w:w="90" w:type="dxa"/>
              <w:bottom w:w="70" w:type="dxa"/>
              <w:right w:w="90" w:type="dxa"/>
            </w:tcMar>
          </w:tcPr>
          <w:p w14:paraId="0D10BD6F" w14:textId="77777777" w:rsidR="00F3060B" w:rsidRPr="0054464A" w:rsidRDefault="0064180F">
            <w:pPr>
              <w:spacing w:after="0"/>
            </w:pPr>
            <w:r w:rsidRPr="0054464A">
              <w:rPr>
                <w:b/>
                <w:sz w:val="18"/>
              </w:rPr>
              <w:t>Approval date</w:t>
            </w:r>
          </w:p>
        </w:tc>
        <w:tc>
          <w:tcPr>
            <w:tcW w:w="5170" w:type="dxa"/>
            <w:tcMar>
              <w:top w:w="70" w:type="dxa"/>
              <w:left w:w="90" w:type="dxa"/>
              <w:bottom w:w="70" w:type="dxa"/>
              <w:right w:w="90" w:type="dxa"/>
            </w:tcMar>
          </w:tcPr>
          <w:p w14:paraId="563FF954" w14:textId="1B622A1B" w:rsidR="00F3060B" w:rsidRPr="0054464A" w:rsidRDefault="0054464A">
            <w:pPr>
              <w:spacing w:after="0"/>
            </w:pPr>
            <w:r>
              <w:rPr>
                <w:sz w:val="18"/>
              </w:rPr>
              <w:t>16</w:t>
            </w:r>
            <w:r w:rsidRPr="0054464A">
              <w:rPr>
                <w:sz w:val="18"/>
                <w:vertAlign w:val="superscript"/>
              </w:rPr>
              <w:t>th</w:t>
            </w:r>
            <w:r>
              <w:rPr>
                <w:sz w:val="18"/>
              </w:rPr>
              <w:t xml:space="preserve"> September 2026</w:t>
            </w:r>
          </w:p>
        </w:tc>
      </w:tr>
      <w:tr w:rsidR="00F3060B" w:rsidRPr="0054464A" w14:paraId="5E5A6533" w14:textId="77777777">
        <w:trPr>
          <w:jc w:val="center"/>
        </w:trPr>
        <w:tc>
          <w:tcPr>
            <w:tcW w:w="5170" w:type="dxa"/>
            <w:shd w:val="clear" w:color="auto" w:fill="F2F2F2"/>
            <w:tcMar>
              <w:top w:w="70" w:type="dxa"/>
              <w:left w:w="90" w:type="dxa"/>
              <w:bottom w:w="70" w:type="dxa"/>
              <w:right w:w="90" w:type="dxa"/>
            </w:tcMar>
          </w:tcPr>
          <w:p w14:paraId="770FC2CF" w14:textId="77777777" w:rsidR="00F3060B" w:rsidRPr="0054464A" w:rsidRDefault="0064180F">
            <w:pPr>
              <w:spacing w:after="0"/>
            </w:pPr>
            <w:r w:rsidRPr="0054464A">
              <w:rPr>
                <w:b/>
                <w:sz w:val="18"/>
              </w:rPr>
              <w:t>Effective from</w:t>
            </w:r>
          </w:p>
        </w:tc>
        <w:tc>
          <w:tcPr>
            <w:tcW w:w="5170" w:type="dxa"/>
            <w:tcMar>
              <w:top w:w="70" w:type="dxa"/>
              <w:left w:w="90" w:type="dxa"/>
              <w:bottom w:w="70" w:type="dxa"/>
              <w:right w:w="90" w:type="dxa"/>
            </w:tcMar>
          </w:tcPr>
          <w:p w14:paraId="32B17ECE" w14:textId="57214D1C" w:rsidR="00F3060B" w:rsidRPr="0054464A" w:rsidRDefault="0054464A">
            <w:pPr>
              <w:spacing w:after="0"/>
            </w:pPr>
            <w:r>
              <w:rPr>
                <w:sz w:val="18"/>
              </w:rPr>
              <w:t>16</w:t>
            </w:r>
            <w:r w:rsidRPr="0054464A">
              <w:rPr>
                <w:sz w:val="18"/>
                <w:vertAlign w:val="superscript"/>
              </w:rPr>
              <w:t>th</w:t>
            </w:r>
            <w:r>
              <w:rPr>
                <w:sz w:val="18"/>
              </w:rPr>
              <w:t xml:space="preserve"> September 2026</w:t>
            </w:r>
          </w:p>
        </w:tc>
      </w:tr>
      <w:tr w:rsidR="00F3060B" w:rsidRPr="0054464A" w14:paraId="0425580B" w14:textId="77777777">
        <w:trPr>
          <w:jc w:val="center"/>
        </w:trPr>
        <w:tc>
          <w:tcPr>
            <w:tcW w:w="5170" w:type="dxa"/>
            <w:shd w:val="clear" w:color="auto" w:fill="F2F2F2"/>
            <w:tcMar>
              <w:top w:w="70" w:type="dxa"/>
              <w:left w:w="90" w:type="dxa"/>
              <w:bottom w:w="70" w:type="dxa"/>
              <w:right w:w="90" w:type="dxa"/>
            </w:tcMar>
          </w:tcPr>
          <w:p w14:paraId="4CE9307D" w14:textId="77777777" w:rsidR="00F3060B" w:rsidRPr="0054464A" w:rsidRDefault="0064180F">
            <w:pPr>
              <w:spacing w:after="0"/>
            </w:pPr>
            <w:r w:rsidRPr="0054464A">
              <w:rPr>
                <w:b/>
                <w:sz w:val="18"/>
              </w:rPr>
              <w:t>Next review</w:t>
            </w:r>
          </w:p>
        </w:tc>
        <w:tc>
          <w:tcPr>
            <w:tcW w:w="5170" w:type="dxa"/>
            <w:tcMar>
              <w:top w:w="70" w:type="dxa"/>
              <w:left w:w="90" w:type="dxa"/>
              <w:bottom w:w="70" w:type="dxa"/>
              <w:right w:w="90" w:type="dxa"/>
            </w:tcMar>
          </w:tcPr>
          <w:p w14:paraId="28F618E2" w14:textId="3B355A0B" w:rsidR="00F3060B" w:rsidRPr="0054464A" w:rsidRDefault="0054464A">
            <w:pPr>
              <w:spacing w:after="0"/>
            </w:pPr>
            <w:r>
              <w:rPr>
                <w:sz w:val="18"/>
              </w:rPr>
              <w:t>16</w:t>
            </w:r>
            <w:r w:rsidRPr="0054464A">
              <w:rPr>
                <w:sz w:val="18"/>
                <w:vertAlign w:val="superscript"/>
              </w:rPr>
              <w:t>th</w:t>
            </w:r>
            <w:r>
              <w:rPr>
                <w:sz w:val="18"/>
              </w:rPr>
              <w:t xml:space="preserve"> September 202</w:t>
            </w:r>
            <w:r>
              <w:rPr>
                <w:sz w:val="18"/>
              </w:rPr>
              <w:t>7</w:t>
            </w:r>
          </w:p>
        </w:tc>
      </w:tr>
      <w:tr w:rsidR="00F3060B" w:rsidRPr="0054464A" w14:paraId="1DE7C2A1" w14:textId="77777777">
        <w:trPr>
          <w:jc w:val="center"/>
        </w:trPr>
        <w:tc>
          <w:tcPr>
            <w:tcW w:w="5170" w:type="dxa"/>
            <w:shd w:val="clear" w:color="auto" w:fill="F2F2F2"/>
            <w:tcMar>
              <w:top w:w="70" w:type="dxa"/>
              <w:left w:w="90" w:type="dxa"/>
              <w:bottom w:w="70" w:type="dxa"/>
              <w:right w:w="90" w:type="dxa"/>
            </w:tcMar>
          </w:tcPr>
          <w:p w14:paraId="27AF4B7B" w14:textId="77777777" w:rsidR="00F3060B" w:rsidRPr="0054464A" w:rsidRDefault="0064180F">
            <w:pPr>
              <w:spacing w:after="0"/>
            </w:pPr>
            <w:r w:rsidRPr="0054464A">
              <w:rPr>
                <w:b/>
                <w:sz w:val="18"/>
              </w:rPr>
              <w:t>Version</w:t>
            </w:r>
          </w:p>
        </w:tc>
        <w:tc>
          <w:tcPr>
            <w:tcW w:w="5170" w:type="dxa"/>
            <w:tcMar>
              <w:top w:w="70" w:type="dxa"/>
              <w:left w:w="90" w:type="dxa"/>
              <w:bottom w:w="70" w:type="dxa"/>
              <w:right w:w="90" w:type="dxa"/>
            </w:tcMar>
          </w:tcPr>
          <w:p w14:paraId="0AEF6AFA" w14:textId="77777777" w:rsidR="00F3060B" w:rsidRPr="0054464A" w:rsidRDefault="0064180F">
            <w:pPr>
              <w:spacing w:after="0"/>
            </w:pPr>
            <w:r w:rsidRPr="0054464A">
              <w:rPr>
                <w:sz w:val="18"/>
              </w:rPr>
              <w:t>1.0</w:t>
            </w:r>
          </w:p>
        </w:tc>
      </w:tr>
    </w:tbl>
    <w:p w14:paraId="53C85582" w14:textId="161C2F47" w:rsidR="00F3060B" w:rsidRDefault="00F3060B"/>
    <w:sectPr w:rsidR="00F3060B" w:rsidSect="00CE5CFF">
      <w:footerReference w:type="default" r:id="rId9"/>
      <w:pgSz w:w="11906" w:h="16838" w:code="9"/>
      <w:pgMar w:top="624" w:right="624" w:bottom="624" w:left="6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B2F30" w14:textId="77777777" w:rsidR="00FF4630" w:rsidRPr="0054464A" w:rsidRDefault="00FF4630">
      <w:pPr>
        <w:spacing w:after="0" w:line="240" w:lineRule="auto"/>
      </w:pPr>
      <w:r w:rsidRPr="0054464A">
        <w:separator/>
      </w:r>
    </w:p>
  </w:endnote>
  <w:endnote w:type="continuationSeparator" w:id="0">
    <w:p w14:paraId="6D7A4D2A" w14:textId="77777777" w:rsidR="00FF4630" w:rsidRPr="0054464A" w:rsidRDefault="00FF4630">
      <w:pPr>
        <w:spacing w:after="0" w:line="240" w:lineRule="auto"/>
      </w:pPr>
      <w:r w:rsidRPr="005446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B3204" w14:textId="77777777" w:rsidR="00F3060B" w:rsidRPr="0054464A" w:rsidRDefault="0064180F">
    <w:pPr>
      <w:pStyle w:val="Footer"/>
      <w:jc w:val="center"/>
    </w:pPr>
    <w:r w:rsidRPr="0054464A">
      <w:rPr>
        <w:color w:val="6D6D6D"/>
        <w:sz w:val="16"/>
      </w:rPr>
      <w:t xml:space="preserve">Photography, Video &amp; Imagery </w:t>
    </w:r>
    <w:proofErr w:type="gramStart"/>
    <w:r w:rsidRPr="0054464A">
      <w:rPr>
        <w:color w:val="6D6D6D"/>
        <w:sz w:val="16"/>
      </w:rPr>
      <w:t>Policy  |</w:t>
    </w:r>
    <w:proofErr w:type="gramEnd"/>
    <w:r w:rsidRPr="0054464A">
      <w:rPr>
        <w:color w:val="6D6D6D"/>
        <w:sz w:val="16"/>
      </w:rPr>
      <w:t xml:space="preserve">  Scottish </w:t>
    </w:r>
    <w:proofErr w:type="gramStart"/>
    <w:r w:rsidRPr="0054464A">
      <w:rPr>
        <w:color w:val="6D6D6D"/>
        <w:sz w:val="16"/>
      </w:rPr>
      <w:t>Touch  Version</w:t>
    </w:r>
    <w:proofErr w:type="gramEnd"/>
    <w:r w:rsidRPr="0054464A">
      <w:rPr>
        <w:color w:val="6D6D6D"/>
        <w:sz w:val="16"/>
      </w:rPr>
      <w:t xml:space="preserv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C9765" w14:textId="77777777" w:rsidR="00FF4630" w:rsidRPr="0054464A" w:rsidRDefault="00FF4630">
      <w:pPr>
        <w:spacing w:after="0" w:line="240" w:lineRule="auto"/>
      </w:pPr>
      <w:r w:rsidRPr="0054464A">
        <w:separator/>
      </w:r>
    </w:p>
  </w:footnote>
  <w:footnote w:type="continuationSeparator" w:id="0">
    <w:p w14:paraId="56B3FC49" w14:textId="77777777" w:rsidR="00FF4630" w:rsidRPr="0054464A" w:rsidRDefault="00FF4630">
      <w:pPr>
        <w:spacing w:after="0" w:line="240" w:lineRule="auto"/>
      </w:pPr>
      <w:r w:rsidRPr="0054464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98508263">
    <w:abstractNumId w:val="8"/>
  </w:num>
  <w:num w:numId="2" w16cid:durableId="1686706454">
    <w:abstractNumId w:val="6"/>
  </w:num>
  <w:num w:numId="3" w16cid:durableId="599221561">
    <w:abstractNumId w:val="5"/>
  </w:num>
  <w:num w:numId="4" w16cid:durableId="1535385031">
    <w:abstractNumId w:val="4"/>
  </w:num>
  <w:num w:numId="5" w16cid:durableId="864177340">
    <w:abstractNumId w:val="7"/>
  </w:num>
  <w:num w:numId="6" w16cid:durableId="985165016">
    <w:abstractNumId w:val="3"/>
  </w:num>
  <w:num w:numId="7" w16cid:durableId="725489539">
    <w:abstractNumId w:val="2"/>
  </w:num>
  <w:num w:numId="8" w16cid:durableId="1639722103">
    <w:abstractNumId w:val="1"/>
  </w:num>
  <w:num w:numId="9" w16cid:durableId="1302609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3F14"/>
    <w:rsid w:val="0029639D"/>
    <w:rsid w:val="00326F90"/>
    <w:rsid w:val="00405EF1"/>
    <w:rsid w:val="0054464A"/>
    <w:rsid w:val="005E449E"/>
    <w:rsid w:val="0064180F"/>
    <w:rsid w:val="006A0570"/>
    <w:rsid w:val="00AA1D8D"/>
    <w:rsid w:val="00AC0ADE"/>
    <w:rsid w:val="00B47730"/>
    <w:rsid w:val="00CB0664"/>
    <w:rsid w:val="00CE5CFF"/>
    <w:rsid w:val="00D236A9"/>
    <w:rsid w:val="00F3060B"/>
    <w:rsid w:val="00FC693F"/>
    <w:rsid w:val="00FF4630"/>
    <w:rsid w:val="3C8A9E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FEA7FA"/>
  <w14:defaultImageDpi w14:val="300"/>
  <w15:docId w15:val="{AA5B6C61-1EAA-4CCD-90D4-D1E634B6A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90" w:line="247" w:lineRule="auto"/>
    </w:pPr>
    <w:rPr>
      <w:rFonts w:ascii="Arial" w:hAnsi="Arial"/>
      <w:color w:val="111111"/>
      <w:sz w:val="20"/>
      <w:lang w:val="en-GB"/>
    </w:rPr>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b/>
      <w:bCs/>
      <w:sz w:val="22"/>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2147</Words>
  <Characters>12240</Characters>
  <Application>Microsoft Office Word</Application>
  <DocSecurity>0</DocSecurity>
  <Lines>102</Lines>
  <Paragraphs>28</Paragraphs>
  <ScaleCrop>false</ScaleCrop>
  <Manager/>
  <Company/>
  <LinksUpToDate>false</LinksUpToDate>
  <CharactersWithSpaces>14359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Iain MacKenzie</cp:lastModifiedBy>
  <cp:revision>8</cp:revision>
  <dcterms:created xsi:type="dcterms:W3CDTF">2026-09-16T11:17:00Z</dcterms:created>
  <dcterms:modified xsi:type="dcterms:W3CDTF">2026-09-16T22:24:00Z</dcterms:modified>
  <cp:category/>
</cp:coreProperties>
</file>